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2772"/>
        <w:gridCol w:w="347"/>
        <w:gridCol w:w="1501"/>
        <w:gridCol w:w="924"/>
        <w:gridCol w:w="1848"/>
        <w:gridCol w:w="1848"/>
        <w:gridCol w:w="1848"/>
      </w:tblGrid>
      <w:tr w:rsidR="001A5C5F" w14:paraId="249031ED" w14:textId="77777777">
        <w:trPr>
          <w:jc w:val="center"/>
        </w:trPr>
        <w:tc>
          <w:tcPr>
            <w:tcW w:w="11088" w:type="dxa"/>
            <w:gridSpan w:val="7"/>
            <w:shd w:val="clear" w:color="auto" w:fill="CBD7E6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753C1E" w14:textId="77777777" w:rsidR="001A5C5F" w:rsidRDefault="00000000">
            <w:pPr>
              <w:spacing w:after="0" w:line="240" w:lineRule="auto"/>
              <w:jc w:val="center"/>
            </w:pPr>
            <w:r>
              <w:rPr>
                <w:b/>
                <w:color w:val="1F497D"/>
                <w:sz w:val="22"/>
              </w:rPr>
              <w:t>FICHA DE PRE – ADMISIÓN</w:t>
            </w:r>
            <w:r>
              <w:rPr>
                <w:b/>
                <w:color w:val="1F497D"/>
                <w:sz w:val="22"/>
              </w:rPr>
              <w:br/>
              <w:t>CENTRO DE REHABILITACIÓN INTEGRAL TELETÓN (CRIT)</w:t>
            </w:r>
          </w:p>
        </w:tc>
      </w:tr>
      <w:tr w:rsidR="001A5C5F" w14:paraId="608CBB06" w14:textId="77777777">
        <w:trPr>
          <w:jc w:val="center"/>
        </w:trPr>
        <w:tc>
          <w:tcPr>
            <w:tcW w:w="11088" w:type="dxa"/>
            <w:gridSpan w:val="7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D82192" w14:textId="77777777" w:rsidR="001A5C5F" w:rsidRPr="00B21544" w:rsidRDefault="00000000" w:rsidP="00B21544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B21544">
              <w:rPr>
                <w:sz w:val="18"/>
                <w:szCs w:val="24"/>
              </w:rPr>
              <w:t>Datos a ser completados en la Recepción del CRIT</w:t>
            </w:r>
          </w:p>
        </w:tc>
      </w:tr>
      <w:tr w:rsidR="001A5C5F" w14:paraId="4D8CC383" w14:textId="77777777" w:rsidTr="00E54124">
        <w:trPr>
          <w:jc w:val="center"/>
        </w:trPr>
        <w:tc>
          <w:tcPr>
            <w:tcW w:w="3119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FBEFB" w14:textId="7A29A608" w:rsidR="001A5C5F" w:rsidRDefault="00000000">
            <w:pPr>
              <w:spacing w:after="0" w:line="240" w:lineRule="auto"/>
            </w:pPr>
            <w:r>
              <w:t xml:space="preserve">N° DE PRE-ADMISIÓN:               </w:t>
            </w:r>
          </w:p>
        </w:tc>
        <w:tc>
          <w:tcPr>
            <w:tcW w:w="7969" w:type="dxa"/>
            <w:gridSpan w:val="5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7E68F1" w14:textId="68A6CB09" w:rsidR="001A5C5F" w:rsidRDefault="00000000">
            <w:pPr>
              <w:spacing w:after="0" w:line="240" w:lineRule="auto"/>
            </w:pPr>
            <w:r>
              <w:t>DESEA LA ATENCIÓN EN EL CRIT DE:</w:t>
            </w:r>
            <w:r w:rsidR="00E54124">
              <w:t xml:space="preserve"> </w:t>
            </w:r>
            <w:proofErr w:type="gramStart"/>
            <w:r>
              <w:t>[  ]</w:t>
            </w:r>
            <w:proofErr w:type="gramEnd"/>
            <w:r>
              <w:t xml:space="preserve"> ASUNCIÓN    [  ] CNEL. OVIEDO </w:t>
            </w:r>
            <w:proofErr w:type="gramStart"/>
            <w:r>
              <w:t xml:space="preserve">   [</w:t>
            </w:r>
            <w:proofErr w:type="gramEnd"/>
            <w:r>
              <w:t xml:space="preserve">  ] ALTO PARANÁ</w:t>
            </w:r>
          </w:p>
        </w:tc>
      </w:tr>
      <w:tr w:rsidR="001A5C5F" w14:paraId="13606661" w14:textId="77777777">
        <w:trPr>
          <w:jc w:val="center"/>
        </w:trPr>
        <w:tc>
          <w:tcPr>
            <w:tcW w:w="11088" w:type="dxa"/>
            <w:gridSpan w:val="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3549E3" w14:textId="77777777" w:rsidR="001A5C5F" w:rsidRDefault="00000000">
            <w:pPr>
              <w:spacing w:after="0" w:line="240" w:lineRule="auto"/>
            </w:pPr>
            <w:r>
              <w:t xml:space="preserve">FECHA DE SOLICITUD DE INGRESO: [    </w:t>
            </w:r>
            <w:proofErr w:type="gramStart"/>
            <w:r>
              <w:t xml:space="preserve">  ]</w:t>
            </w:r>
            <w:proofErr w:type="gramEnd"/>
            <w:r>
              <w:t xml:space="preserve"> / [      ] / [          ]</w:t>
            </w:r>
          </w:p>
        </w:tc>
      </w:tr>
      <w:tr w:rsidR="001A5C5F" w14:paraId="7C4C10A1" w14:textId="77777777">
        <w:trPr>
          <w:jc w:val="center"/>
        </w:trPr>
        <w:tc>
          <w:tcPr>
            <w:tcW w:w="11088" w:type="dxa"/>
            <w:gridSpan w:val="7"/>
            <w:shd w:val="clear" w:color="auto" w:fill="EAEAE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4453B4" w14:textId="77777777" w:rsidR="001A5C5F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1. DATOS DEL NIÑO, NIÑA O ADOLESCENTE (NNA):</w:t>
            </w:r>
          </w:p>
        </w:tc>
      </w:tr>
      <w:tr w:rsidR="001A5C5F" w14:paraId="2A820153" w14:textId="77777777">
        <w:trPr>
          <w:jc w:val="center"/>
        </w:trPr>
        <w:tc>
          <w:tcPr>
            <w:tcW w:w="11088" w:type="dxa"/>
            <w:gridSpan w:val="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6F497" w14:textId="6F0CF65E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Nombres</w:t>
            </w:r>
            <w:proofErr w:type="spellEnd"/>
            <w:r w:rsidRPr="00E54124">
              <w:rPr>
                <w:sz w:val="18"/>
                <w:szCs w:val="18"/>
              </w:rPr>
              <w:t xml:space="preserve"> y </w:t>
            </w:r>
            <w:proofErr w:type="spellStart"/>
            <w:r w:rsidRPr="00E54124">
              <w:rPr>
                <w:sz w:val="18"/>
                <w:szCs w:val="18"/>
              </w:rPr>
              <w:t>Apellidos</w:t>
            </w:r>
            <w:proofErr w:type="spellEnd"/>
            <w:r w:rsidRPr="00E54124">
              <w:rPr>
                <w:sz w:val="18"/>
                <w:szCs w:val="18"/>
              </w:rPr>
              <w:t xml:space="preserve">:                                                                                                                                    </w:t>
            </w:r>
          </w:p>
        </w:tc>
      </w:tr>
      <w:tr w:rsidR="001A5C5F" w14:paraId="6A8E1597" w14:textId="77777777">
        <w:trPr>
          <w:jc w:val="center"/>
        </w:trPr>
        <w:tc>
          <w:tcPr>
            <w:tcW w:w="4620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799708" w14:textId="458D779D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C.I. </w:t>
            </w:r>
            <w:proofErr w:type="spellStart"/>
            <w:r w:rsidRPr="00E54124">
              <w:rPr>
                <w:sz w:val="18"/>
                <w:szCs w:val="18"/>
              </w:rPr>
              <w:t>Nro</w:t>
            </w:r>
            <w:proofErr w:type="spellEnd"/>
            <w:r w:rsidRPr="00E54124">
              <w:rPr>
                <w:sz w:val="18"/>
                <w:szCs w:val="18"/>
              </w:rPr>
              <w:t xml:space="preserve">:                                </w:t>
            </w:r>
          </w:p>
        </w:tc>
        <w:tc>
          <w:tcPr>
            <w:tcW w:w="6468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3EB7E" w14:textId="77777777" w:rsidR="001A5C5F" w:rsidRPr="00E54124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Sexo</w:t>
            </w:r>
            <w:proofErr w:type="spellEnd"/>
            <w:proofErr w:type="gramStart"/>
            <w:r w:rsidRPr="00E54124">
              <w:rPr>
                <w:sz w:val="18"/>
                <w:szCs w:val="18"/>
              </w:rPr>
              <w:t>:  [</w:t>
            </w:r>
            <w:proofErr w:type="gramEnd"/>
            <w:r w:rsidRPr="00E54124">
              <w:rPr>
                <w:sz w:val="18"/>
                <w:szCs w:val="18"/>
              </w:rPr>
              <w:t xml:space="preserve">  ] F    [  ] M</w:t>
            </w:r>
          </w:p>
        </w:tc>
      </w:tr>
      <w:tr w:rsidR="001A5C5F" w14:paraId="6914D639" w14:textId="77777777">
        <w:trPr>
          <w:jc w:val="center"/>
        </w:trPr>
        <w:tc>
          <w:tcPr>
            <w:tcW w:w="27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DF335F" w14:textId="3641B324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Edad</w:t>
            </w:r>
            <w:proofErr w:type="spellEnd"/>
            <w:r w:rsidRPr="00E54124">
              <w:rPr>
                <w:sz w:val="18"/>
                <w:szCs w:val="18"/>
              </w:rPr>
              <w:t xml:space="preserve">:                      </w:t>
            </w:r>
          </w:p>
        </w:tc>
        <w:tc>
          <w:tcPr>
            <w:tcW w:w="4620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C2A477" w14:textId="49D02770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Lugar de </w:t>
            </w:r>
            <w:proofErr w:type="spellStart"/>
            <w:r w:rsidRPr="00E54124">
              <w:rPr>
                <w:sz w:val="18"/>
                <w:szCs w:val="18"/>
              </w:rPr>
              <w:t>Nac</w:t>
            </w:r>
            <w:proofErr w:type="spellEnd"/>
            <w:r w:rsidRPr="00E54124">
              <w:rPr>
                <w:sz w:val="18"/>
                <w:szCs w:val="18"/>
              </w:rPr>
              <w:t xml:space="preserve">.:                                                  </w:t>
            </w:r>
          </w:p>
        </w:tc>
        <w:tc>
          <w:tcPr>
            <w:tcW w:w="369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C6B14" w14:textId="77777777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Fecha</w:t>
            </w:r>
            <w:proofErr w:type="spellEnd"/>
            <w:r w:rsidRPr="00E54124">
              <w:rPr>
                <w:sz w:val="18"/>
                <w:szCs w:val="18"/>
              </w:rPr>
              <w:t xml:space="preserve"> de </w:t>
            </w:r>
            <w:proofErr w:type="spellStart"/>
            <w:r w:rsidRPr="00E54124">
              <w:rPr>
                <w:sz w:val="18"/>
                <w:szCs w:val="18"/>
              </w:rPr>
              <w:t>Nac</w:t>
            </w:r>
            <w:proofErr w:type="spellEnd"/>
            <w:r w:rsidRPr="00E54124">
              <w:rPr>
                <w:sz w:val="18"/>
                <w:szCs w:val="18"/>
              </w:rPr>
              <w:t xml:space="preserve">.: [  </w:t>
            </w:r>
            <w:proofErr w:type="gramStart"/>
            <w:r w:rsidRPr="00E54124">
              <w:rPr>
                <w:sz w:val="18"/>
                <w:szCs w:val="18"/>
              </w:rPr>
              <w:t xml:space="preserve">  ]</w:t>
            </w:r>
            <w:proofErr w:type="gramEnd"/>
            <w:r w:rsidRPr="00E54124">
              <w:rPr>
                <w:sz w:val="18"/>
                <w:szCs w:val="18"/>
              </w:rPr>
              <w:t>/[    ]/[      ]</w:t>
            </w:r>
          </w:p>
        </w:tc>
      </w:tr>
      <w:tr w:rsidR="001A5C5F" w14:paraId="30BC511F" w14:textId="77777777">
        <w:trPr>
          <w:jc w:val="center"/>
        </w:trPr>
        <w:tc>
          <w:tcPr>
            <w:tcW w:w="11088" w:type="dxa"/>
            <w:gridSpan w:val="7"/>
            <w:shd w:val="clear" w:color="auto" w:fill="EAEAE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6B417D" w14:textId="77777777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b/>
                <w:sz w:val="18"/>
                <w:szCs w:val="18"/>
              </w:rPr>
              <w:t>2. DATOS FAMILIARES:</w:t>
            </w:r>
          </w:p>
        </w:tc>
      </w:tr>
      <w:tr w:rsidR="001A5C5F" w14:paraId="0AAD4A65" w14:textId="77777777">
        <w:trPr>
          <w:jc w:val="center"/>
        </w:trPr>
        <w:tc>
          <w:tcPr>
            <w:tcW w:w="7392" w:type="dxa"/>
            <w:gridSpan w:val="5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80DDA4" w14:textId="0D222AD6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Dirección</w:t>
            </w:r>
            <w:proofErr w:type="spellEnd"/>
            <w:r w:rsidRPr="00E54124">
              <w:rPr>
                <w:sz w:val="18"/>
                <w:szCs w:val="18"/>
              </w:rPr>
              <w:t xml:space="preserve">:                                                                                               </w:t>
            </w:r>
          </w:p>
        </w:tc>
        <w:tc>
          <w:tcPr>
            <w:tcW w:w="369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C3AC14" w14:textId="72D20DCF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Barrio:                                       </w:t>
            </w:r>
          </w:p>
        </w:tc>
      </w:tr>
      <w:tr w:rsidR="001A5C5F" w14:paraId="07AD3023" w14:textId="77777777">
        <w:trPr>
          <w:jc w:val="center"/>
        </w:trPr>
        <w:tc>
          <w:tcPr>
            <w:tcW w:w="5544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0BB0FA" w14:textId="55AECC08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Ciudad:                                                                  </w:t>
            </w:r>
          </w:p>
        </w:tc>
        <w:tc>
          <w:tcPr>
            <w:tcW w:w="554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9127B6" w14:textId="617E294C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Departamento</w:t>
            </w:r>
            <w:proofErr w:type="spellEnd"/>
            <w:r w:rsidRPr="00E54124">
              <w:rPr>
                <w:sz w:val="18"/>
                <w:szCs w:val="18"/>
              </w:rPr>
              <w:t xml:space="preserve">:                                                          </w:t>
            </w:r>
          </w:p>
        </w:tc>
      </w:tr>
      <w:tr w:rsidR="001A5C5F" w14:paraId="245AB551" w14:textId="77777777">
        <w:trPr>
          <w:jc w:val="center"/>
        </w:trPr>
        <w:tc>
          <w:tcPr>
            <w:tcW w:w="4620" w:type="dxa"/>
            <w:gridSpan w:val="3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C58FA" w14:textId="77777777" w:rsidR="001A5C5F" w:rsidRPr="00E54124" w:rsidRDefault="00000000" w:rsidP="00B21544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Nombres</w:t>
            </w:r>
            <w:proofErr w:type="spellEnd"/>
            <w:r w:rsidRPr="00E54124">
              <w:rPr>
                <w:sz w:val="18"/>
                <w:szCs w:val="18"/>
              </w:rPr>
              <w:t xml:space="preserve"> y </w:t>
            </w:r>
            <w:proofErr w:type="spellStart"/>
            <w:r w:rsidRPr="00E54124">
              <w:rPr>
                <w:sz w:val="18"/>
                <w:szCs w:val="18"/>
              </w:rPr>
              <w:t>Apellidos</w:t>
            </w:r>
            <w:proofErr w:type="spellEnd"/>
            <w:r w:rsidRPr="00E54124">
              <w:rPr>
                <w:sz w:val="18"/>
                <w:szCs w:val="18"/>
              </w:rPr>
              <w:t xml:space="preserve"> de </w:t>
            </w:r>
            <w:proofErr w:type="spellStart"/>
            <w:r w:rsidRPr="00E54124">
              <w:rPr>
                <w:sz w:val="18"/>
                <w:szCs w:val="18"/>
              </w:rPr>
              <w:t>los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Encargados</w:t>
            </w:r>
            <w:proofErr w:type="spellEnd"/>
            <w:r w:rsidRPr="00E54124">
              <w:rPr>
                <w:sz w:val="18"/>
                <w:szCs w:val="18"/>
              </w:rPr>
              <w:t xml:space="preserve"> del NNA</w:t>
            </w:r>
          </w:p>
        </w:tc>
        <w:tc>
          <w:tcPr>
            <w:tcW w:w="2772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8E3361" w14:textId="77777777" w:rsidR="001A5C5F" w:rsidRPr="00E54124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Parentesco</w:t>
            </w:r>
            <w:proofErr w:type="spellEnd"/>
          </w:p>
        </w:tc>
        <w:tc>
          <w:tcPr>
            <w:tcW w:w="1848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5F1CC" w14:textId="77777777" w:rsidR="001A5C5F" w:rsidRPr="00E54124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C.I. </w:t>
            </w:r>
            <w:proofErr w:type="spellStart"/>
            <w:r w:rsidRPr="00E54124">
              <w:rPr>
                <w:sz w:val="18"/>
                <w:szCs w:val="18"/>
              </w:rPr>
              <w:t>Nro</w:t>
            </w:r>
            <w:proofErr w:type="spellEnd"/>
            <w:r w:rsidRPr="00E54124">
              <w:rPr>
                <w:sz w:val="18"/>
                <w:szCs w:val="18"/>
              </w:rPr>
              <w:t>.</w:t>
            </w:r>
          </w:p>
        </w:tc>
        <w:tc>
          <w:tcPr>
            <w:tcW w:w="1848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29E59E" w14:textId="77777777" w:rsidR="001A5C5F" w:rsidRPr="00E54124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Teléfono</w:t>
            </w:r>
            <w:proofErr w:type="spellEnd"/>
          </w:p>
        </w:tc>
      </w:tr>
      <w:tr w:rsidR="001A5C5F" w14:paraId="53872020" w14:textId="77777777">
        <w:trPr>
          <w:jc w:val="center"/>
        </w:trPr>
        <w:tc>
          <w:tcPr>
            <w:tcW w:w="4620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EAB2E0" w14:textId="05BE52F2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                                                                             </w:t>
            </w:r>
          </w:p>
        </w:tc>
        <w:tc>
          <w:tcPr>
            <w:tcW w:w="2772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DD1C09" w14:textId="07E3E402" w:rsidR="001A5C5F" w:rsidRPr="00E54124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                                </w:t>
            </w:r>
          </w:p>
        </w:tc>
        <w:tc>
          <w:tcPr>
            <w:tcW w:w="18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8944E3" w14:textId="4879DD8C" w:rsidR="001A5C5F" w:rsidRPr="00E54124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18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24741C" w14:textId="697AFB87" w:rsidR="001A5C5F" w:rsidRPr="00E54124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                          </w:t>
            </w:r>
          </w:p>
        </w:tc>
      </w:tr>
      <w:tr w:rsidR="001A5C5F" w14:paraId="6C92ABE9" w14:textId="77777777">
        <w:trPr>
          <w:jc w:val="center"/>
        </w:trPr>
        <w:tc>
          <w:tcPr>
            <w:tcW w:w="4620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8502F" w14:textId="140F9DC8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                                                                              </w:t>
            </w:r>
          </w:p>
        </w:tc>
        <w:tc>
          <w:tcPr>
            <w:tcW w:w="2772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58C569" w14:textId="69E7625F" w:rsidR="001A5C5F" w:rsidRPr="00E54124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                                </w:t>
            </w:r>
          </w:p>
        </w:tc>
        <w:tc>
          <w:tcPr>
            <w:tcW w:w="18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9A18AE" w14:textId="3CC184B8" w:rsidR="001A5C5F" w:rsidRPr="00E54124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18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172ED" w14:textId="005DE300" w:rsidR="001A5C5F" w:rsidRPr="00E54124" w:rsidRDefault="000000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 xml:space="preserve">                         </w:t>
            </w:r>
          </w:p>
        </w:tc>
      </w:tr>
      <w:tr w:rsidR="001A5C5F" w14:paraId="33E11C48" w14:textId="77777777">
        <w:trPr>
          <w:jc w:val="center"/>
        </w:trPr>
        <w:tc>
          <w:tcPr>
            <w:tcW w:w="11088" w:type="dxa"/>
            <w:gridSpan w:val="7"/>
            <w:shd w:val="clear" w:color="auto" w:fill="EAEAE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DA043B" w14:textId="77777777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b/>
                <w:sz w:val="18"/>
                <w:szCs w:val="18"/>
              </w:rPr>
              <w:t>3. DATOS GENERALES:</w:t>
            </w:r>
          </w:p>
        </w:tc>
      </w:tr>
      <w:tr w:rsidR="001A5C5F" w14:paraId="339E0DA3" w14:textId="77777777">
        <w:trPr>
          <w:jc w:val="center"/>
        </w:trPr>
        <w:tc>
          <w:tcPr>
            <w:tcW w:w="5544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06CF9E" w14:textId="77777777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>¿</w:t>
            </w:r>
            <w:proofErr w:type="spellStart"/>
            <w:r w:rsidRPr="00E54124">
              <w:rPr>
                <w:sz w:val="18"/>
                <w:szCs w:val="18"/>
              </w:rPr>
              <w:t>Cuenta</w:t>
            </w:r>
            <w:proofErr w:type="spellEnd"/>
            <w:r w:rsidRPr="00E54124">
              <w:rPr>
                <w:sz w:val="18"/>
                <w:szCs w:val="18"/>
              </w:rPr>
              <w:t xml:space="preserve"> con </w:t>
            </w:r>
            <w:proofErr w:type="spellStart"/>
            <w:r w:rsidRPr="00E54124">
              <w:rPr>
                <w:sz w:val="18"/>
                <w:szCs w:val="18"/>
              </w:rPr>
              <w:t>seguro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médico</w:t>
            </w:r>
            <w:proofErr w:type="spellEnd"/>
            <w:r w:rsidRPr="00E54124">
              <w:rPr>
                <w:sz w:val="18"/>
                <w:szCs w:val="18"/>
              </w:rPr>
              <w:t xml:space="preserve"> privado?   </w:t>
            </w:r>
            <w:proofErr w:type="gramStart"/>
            <w:r w:rsidRPr="00E54124">
              <w:rPr>
                <w:sz w:val="18"/>
                <w:szCs w:val="18"/>
              </w:rPr>
              <w:t>[  ]</w:t>
            </w:r>
            <w:proofErr w:type="gramEnd"/>
            <w:r w:rsidRPr="00E54124">
              <w:rPr>
                <w:sz w:val="18"/>
                <w:szCs w:val="18"/>
              </w:rPr>
              <w:t xml:space="preserve"> SI   [  ] NO</w:t>
            </w:r>
          </w:p>
        </w:tc>
        <w:tc>
          <w:tcPr>
            <w:tcW w:w="554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7DBF5" w14:textId="77777777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>¿</w:t>
            </w:r>
            <w:proofErr w:type="spellStart"/>
            <w:r w:rsidRPr="00E54124">
              <w:rPr>
                <w:sz w:val="18"/>
                <w:szCs w:val="18"/>
              </w:rPr>
              <w:t>Cuenta</w:t>
            </w:r>
            <w:proofErr w:type="spellEnd"/>
            <w:r w:rsidRPr="00E54124">
              <w:rPr>
                <w:sz w:val="18"/>
                <w:szCs w:val="18"/>
              </w:rPr>
              <w:t xml:space="preserve"> con </w:t>
            </w:r>
            <w:proofErr w:type="spellStart"/>
            <w:r w:rsidRPr="00E54124">
              <w:rPr>
                <w:sz w:val="18"/>
                <w:szCs w:val="18"/>
              </w:rPr>
              <w:t>seguro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médico</w:t>
            </w:r>
            <w:proofErr w:type="spellEnd"/>
            <w:r w:rsidRPr="00E54124">
              <w:rPr>
                <w:sz w:val="18"/>
                <w:szCs w:val="18"/>
              </w:rPr>
              <w:t xml:space="preserve"> de IPS?   </w:t>
            </w:r>
            <w:proofErr w:type="gramStart"/>
            <w:r w:rsidRPr="00E54124">
              <w:rPr>
                <w:sz w:val="18"/>
                <w:szCs w:val="18"/>
              </w:rPr>
              <w:t>[  ]</w:t>
            </w:r>
            <w:proofErr w:type="gramEnd"/>
            <w:r w:rsidRPr="00E54124">
              <w:rPr>
                <w:sz w:val="18"/>
                <w:szCs w:val="18"/>
              </w:rPr>
              <w:t xml:space="preserve"> SI   [  ] NO</w:t>
            </w:r>
          </w:p>
        </w:tc>
      </w:tr>
      <w:tr w:rsidR="001A5C5F" w14:paraId="67CF8209" w14:textId="77777777">
        <w:trPr>
          <w:jc w:val="center"/>
        </w:trPr>
        <w:tc>
          <w:tcPr>
            <w:tcW w:w="11088" w:type="dxa"/>
            <w:gridSpan w:val="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7DF291" w14:textId="52CDB55D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Nombre</w:t>
            </w:r>
            <w:proofErr w:type="spellEnd"/>
            <w:r w:rsidRPr="00E54124">
              <w:rPr>
                <w:sz w:val="18"/>
                <w:szCs w:val="18"/>
              </w:rPr>
              <w:t xml:space="preserve"> del hospital al que </w:t>
            </w:r>
            <w:proofErr w:type="spellStart"/>
            <w:r w:rsidRPr="00E54124">
              <w:rPr>
                <w:sz w:val="18"/>
                <w:szCs w:val="18"/>
              </w:rPr>
              <w:t>asiste</w:t>
            </w:r>
            <w:proofErr w:type="spellEnd"/>
            <w:r w:rsidRPr="00E54124">
              <w:rPr>
                <w:sz w:val="18"/>
                <w:szCs w:val="18"/>
              </w:rPr>
              <w:t xml:space="preserve">:                                                                                                                       </w:t>
            </w:r>
          </w:p>
        </w:tc>
      </w:tr>
      <w:tr w:rsidR="001A5C5F" w14:paraId="09E08DB6" w14:textId="77777777">
        <w:trPr>
          <w:jc w:val="center"/>
        </w:trPr>
        <w:tc>
          <w:tcPr>
            <w:tcW w:w="5544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C798D" w14:textId="77777777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>¿</w:t>
            </w:r>
            <w:proofErr w:type="spellStart"/>
            <w:r w:rsidRPr="00E54124">
              <w:rPr>
                <w:sz w:val="18"/>
                <w:szCs w:val="18"/>
              </w:rPr>
              <w:t>Tuvo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alguna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internación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en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los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últimos</w:t>
            </w:r>
            <w:proofErr w:type="spellEnd"/>
            <w:r w:rsidRPr="00E54124">
              <w:rPr>
                <w:sz w:val="18"/>
                <w:szCs w:val="18"/>
              </w:rPr>
              <w:t xml:space="preserve"> 3 meses?   </w:t>
            </w:r>
            <w:proofErr w:type="gramStart"/>
            <w:r w:rsidRPr="00E54124">
              <w:rPr>
                <w:sz w:val="18"/>
                <w:szCs w:val="18"/>
              </w:rPr>
              <w:t>[  ]</w:t>
            </w:r>
            <w:proofErr w:type="gramEnd"/>
            <w:r w:rsidRPr="00E54124">
              <w:rPr>
                <w:sz w:val="18"/>
                <w:szCs w:val="18"/>
              </w:rPr>
              <w:t xml:space="preserve"> SI   [  ] NO</w:t>
            </w:r>
          </w:p>
        </w:tc>
        <w:tc>
          <w:tcPr>
            <w:tcW w:w="554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FC760" w14:textId="33157006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Diagnóstico</w:t>
            </w:r>
            <w:proofErr w:type="spellEnd"/>
            <w:r w:rsidRPr="00E54124">
              <w:rPr>
                <w:sz w:val="18"/>
                <w:szCs w:val="18"/>
              </w:rPr>
              <w:t xml:space="preserve"> de </w:t>
            </w:r>
            <w:proofErr w:type="spellStart"/>
            <w:r w:rsidRPr="00E54124">
              <w:rPr>
                <w:sz w:val="18"/>
                <w:szCs w:val="18"/>
              </w:rPr>
              <w:t>internación</w:t>
            </w:r>
            <w:proofErr w:type="spellEnd"/>
            <w:r w:rsidRPr="00E54124">
              <w:rPr>
                <w:sz w:val="18"/>
                <w:szCs w:val="18"/>
              </w:rPr>
              <w:t xml:space="preserve"> (</w:t>
            </w:r>
            <w:proofErr w:type="spellStart"/>
            <w:r w:rsidRPr="00E54124">
              <w:rPr>
                <w:sz w:val="18"/>
                <w:szCs w:val="18"/>
              </w:rPr>
              <w:t>si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marcó</w:t>
            </w:r>
            <w:proofErr w:type="spellEnd"/>
            <w:r w:rsidRPr="00E54124">
              <w:rPr>
                <w:sz w:val="18"/>
                <w:szCs w:val="18"/>
              </w:rPr>
              <w:t xml:space="preserve"> SI):                                                         </w:t>
            </w:r>
          </w:p>
        </w:tc>
      </w:tr>
      <w:tr w:rsidR="001A5C5F" w14:paraId="6944EA65" w14:textId="77777777">
        <w:trPr>
          <w:jc w:val="center"/>
        </w:trPr>
        <w:tc>
          <w:tcPr>
            <w:tcW w:w="5544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A93ECF" w14:textId="77777777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E54124">
              <w:rPr>
                <w:sz w:val="18"/>
                <w:szCs w:val="18"/>
              </w:rPr>
              <w:t>Transporte</w:t>
            </w:r>
            <w:proofErr w:type="spellEnd"/>
            <w:r w:rsidRPr="00E54124">
              <w:rPr>
                <w:sz w:val="18"/>
                <w:szCs w:val="18"/>
              </w:rPr>
              <w:t xml:space="preserve">: </w:t>
            </w:r>
            <w:proofErr w:type="gramStart"/>
            <w:r w:rsidRPr="00E54124">
              <w:rPr>
                <w:sz w:val="18"/>
                <w:szCs w:val="18"/>
              </w:rPr>
              <w:t>[  ]</w:t>
            </w:r>
            <w:proofErr w:type="gram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Propio</w:t>
            </w:r>
            <w:proofErr w:type="spellEnd"/>
            <w:r w:rsidRPr="00E54124">
              <w:rPr>
                <w:sz w:val="18"/>
                <w:szCs w:val="18"/>
              </w:rPr>
              <w:t xml:space="preserve">   [  ] </w:t>
            </w:r>
            <w:proofErr w:type="spellStart"/>
            <w:r w:rsidRPr="00E54124">
              <w:rPr>
                <w:sz w:val="18"/>
                <w:szCs w:val="18"/>
              </w:rPr>
              <w:t>Pagado</w:t>
            </w:r>
            <w:proofErr w:type="spellEnd"/>
            <w:r w:rsidRPr="00E54124">
              <w:rPr>
                <w:sz w:val="18"/>
                <w:szCs w:val="18"/>
              </w:rPr>
              <w:t xml:space="preserve">   [  ] </w:t>
            </w:r>
            <w:proofErr w:type="spellStart"/>
            <w:r w:rsidRPr="00E54124">
              <w:rPr>
                <w:sz w:val="18"/>
                <w:szCs w:val="18"/>
              </w:rPr>
              <w:t>Prestado</w:t>
            </w:r>
            <w:proofErr w:type="spellEnd"/>
          </w:p>
        </w:tc>
        <w:tc>
          <w:tcPr>
            <w:tcW w:w="554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DB4DD0" w14:textId="77777777" w:rsidR="001A5C5F" w:rsidRPr="00E54124" w:rsidRDefault="00000000">
            <w:pPr>
              <w:spacing w:after="0" w:line="240" w:lineRule="auto"/>
              <w:rPr>
                <w:sz w:val="18"/>
                <w:szCs w:val="18"/>
              </w:rPr>
            </w:pPr>
            <w:r w:rsidRPr="00E54124">
              <w:rPr>
                <w:sz w:val="18"/>
                <w:szCs w:val="18"/>
              </w:rPr>
              <w:t>¿</w:t>
            </w:r>
            <w:proofErr w:type="spellStart"/>
            <w:r w:rsidRPr="00E54124">
              <w:rPr>
                <w:sz w:val="18"/>
                <w:szCs w:val="18"/>
              </w:rPr>
              <w:t>Está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escolarizado</w:t>
            </w:r>
            <w:proofErr w:type="spellEnd"/>
            <w:r w:rsidRPr="00E54124">
              <w:rPr>
                <w:sz w:val="18"/>
                <w:szCs w:val="18"/>
              </w:rPr>
              <w:t xml:space="preserve">? </w:t>
            </w:r>
            <w:proofErr w:type="gramStart"/>
            <w:r w:rsidRPr="00E54124">
              <w:rPr>
                <w:sz w:val="18"/>
                <w:szCs w:val="18"/>
              </w:rPr>
              <w:t>[  ]</w:t>
            </w:r>
            <w:proofErr w:type="gramEnd"/>
            <w:r w:rsidRPr="00E54124">
              <w:rPr>
                <w:sz w:val="18"/>
                <w:szCs w:val="18"/>
              </w:rPr>
              <w:t xml:space="preserve"> SI   [  ] NO   [  ] No </w:t>
            </w:r>
            <w:proofErr w:type="spellStart"/>
            <w:r w:rsidRPr="00E54124">
              <w:rPr>
                <w:sz w:val="18"/>
                <w:szCs w:val="18"/>
              </w:rPr>
              <w:t>corresponde</w:t>
            </w:r>
            <w:proofErr w:type="spellEnd"/>
          </w:p>
        </w:tc>
      </w:tr>
      <w:tr w:rsidR="001A5C5F" w14:paraId="3B3AE5F0" w14:textId="77777777" w:rsidTr="00E54124">
        <w:trPr>
          <w:trHeight w:val="878"/>
          <w:jc w:val="center"/>
        </w:trPr>
        <w:tc>
          <w:tcPr>
            <w:tcW w:w="11088" w:type="dxa"/>
            <w:gridSpan w:val="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C32B5" w14:textId="64880FA9" w:rsidR="00E54124" w:rsidRPr="00B21544" w:rsidRDefault="0000000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proofErr w:type="spellStart"/>
            <w:r w:rsidRPr="00E54124">
              <w:rPr>
                <w:b/>
                <w:bCs/>
                <w:sz w:val="18"/>
                <w:szCs w:val="18"/>
              </w:rPr>
              <w:t>Cómo</w:t>
            </w:r>
            <w:proofErr w:type="spellEnd"/>
            <w:r w:rsidRPr="00E5412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b/>
                <w:bCs/>
                <w:sz w:val="18"/>
                <w:szCs w:val="18"/>
              </w:rPr>
              <w:t>conociste</w:t>
            </w:r>
            <w:proofErr w:type="spellEnd"/>
            <w:r w:rsidRPr="00E54124">
              <w:rPr>
                <w:b/>
                <w:bCs/>
                <w:sz w:val="18"/>
                <w:szCs w:val="18"/>
              </w:rPr>
              <w:t xml:space="preserve"> la </w:t>
            </w:r>
            <w:proofErr w:type="spellStart"/>
            <w:r w:rsidRPr="00E54124">
              <w:rPr>
                <w:b/>
                <w:bCs/>
                <w:sz w:val="18"/>
                <w:szCs w:val="18"/>
              </w:rPr>
              <w:t>fundación</w:t>
            </w:r>
            <w:proofErr w:type="spellEnd"/>
            <w:r w:rsidRPr="00E54124">
              <w:rPr>
                <w:b/>
                <w:bCs/>
                <w:sz w:val="18"/>
                <w:szCs w:val="18"/>
              </w:rPr>
              <w:t>:</w:t>
            </w:r>
            <w:r w:rsidRPr="00E54124">
              <w:rPr>
                <w:sz w:val="18"/>
                <w:szCs w:val="18"/>
              </w:rPr>
              <w:br/>
            </w:r>
            <w:proofErr w:type="gramStart"/>
            <w:r w:rsidRPr="00E54124">
              <w:rPr>
                <w:sz w:val="18"/>
                <w:szCs w:val="18"/>
              </w:rPr>
              <w:t>[  ]</w:t>
            </w:r>
            <w:proofErr w:type="gram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Cuenta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propia</w:t>
            </w:r>
            <w:proofErr w:type="spellEnd"/>
            <w:r w:rsidRPr="00E54124">
              <w:rPr>
                <w:sz w:val="18"/>
                <w:szCs w:val="18"/>
              </w:rPr>
              <w:t xml:space="preserve">   [  ] </w:t>
            </w:r>
            <w:proofErr w:type="spellStart"/>
            <w:r w:rsidRPr="00E54124">
              <w:rPr>
                <w:sz w:val="18"/>
                <w:szCs w:val="18"/>
              </w:rPr>
              <w:t>Derivación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Médica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Pública</w:t>
            </w:r>
            <w:proofErr w:type="spellEnd"/>
            <w:r w:rsidRPr="00E54124">
              <w:rPr>
                <w:sz w:val="18"/>
                <w:szCs w:val="18"/>
              </w:rPr>
              <w:t xml:space="preserve">   [  ] </w:t>
            </w:r>
            <w:proofErr w:type="spellStart"/>
            <w:r w:rsidRPr="00E54124">
              <w:rPr>
                <w:sz w:val="18"/>
                <w:szCs w:val="18"/>
              </w:rPr>
              <w:t>Derivación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Médica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Privada</w:t>
            </w:r>
            <w:proofErr w:type="spellEnd"/>
            <w:r w:rsidRPr="00E54124">
              <w:rPr>
                <w:sz w:val="18"/>
                <w:szCs w:val="18"/>
              </w:rPr>
              <w:t xml:space="preserve">   [  ] Un </w:t>
            </w:r>
            <w:proofErr w:type="spellStart"/>
            <w:r w:rsidRPr="00E54124">
              <w:rPr>
                <w:sz w:val="18"/>
                <w:szCs w:val="18"/>
              </w:rPr>
              <w:t>terapeuta</w:t>
            </w:r>
            <w:proofErr w:type="spellEnd"/>
            <w:r w:rsidRPr="00E54124">
              <w:rPr>
                <w:sz w:val="18"/>
                <w:szCs w:val="18"/>
              </w:rPr>
              <w:br/>
            </w:r>
          </w:p>
          <w:p w14:paraId="01177E82" w14:textId="77777777" w:rsidR="001A5C5F" w:rsidRDefault="00000000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E54124">
              <w:rPr>
                <w:sz w:val="18"/>
                <w:szCs w:val="18"/>
              </w:rPr>
              <w:t>[  ]</w:t>
            </w:r>
            <w:proofErr w:type="gramEnd"/>
            <w:r w:rsidRPr="00E54124">
              <w:rPr>
                <w:sz w:val="18"/>
                <w:szCs w:val="18"/>
              </w:rPr>
              <w:t xml:space="preserve"> Redes/propagandas de la </w:t>
            </w:r>
            <w:proofErr w:type="spellStart"/>
            <w:r w:rsidRPr="00E54124">
              <w:rPr>
                <w:sz w:val="18"/>
                <w:szCs w:val="18"/>
              </w:rPr>
              <w:t>fundación</w:t>
            </w:r>
            <w:proofErr w:type="spellEnd"/>
            <w:r w:rsidRPr="00E54124">
              <w:rPr>
                <w:sz w:val="18"/>
                <w:szCs w:val="18"/>
              </w:rPr>
              <w:t xml:space="preserve">   </w:t>
            </w:r>
            <w:r w:rsidR="00E54124" w:rsidRPr="00E54124">
              <w:rPr>
                <w:sz w:val="18"/>
                <w:szCs w:val="18"/>
              </w:rPr>
              <w:t xml:space="preserve">               </w:t>
            </w:r>
            <w:r w:rsidRPr="00E54124">
              <w:rPr>
                <w:sz w:val="18"/>
                <w:szCs w:val="18"/>
              </w:rPr>
              <w:t xml:space="preserve">[  ] </w:t>
            </w:r>
            <w:proofErr w:type="spellStart"/>
            <w:r w:rsidRPr="00E54124">
              <w:rPr>
                <w:sz w:val="18"/>
                <w:szCs w:val="18"/>
              </w:rPr>
              <w:t>Algún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conocido</w:t>
            </w:r>
            <w:proofErr w:type="spellEnd"/>
            <w:r w:rsidRPr="00E54124">
              <w:rPr>
                <w:sz w:val="18"/>
                <w:szCs w:val="18"/>
              </w:rPr>
              <w:t xml:space="preserve"> no usuario  </w:t>
            </w:r>
            <w:r w:rsidR="00E54124" w:rsidRPr="00E54124">
              <w:rPr>
                <w:sz w:val="18"/>
                <w:szCs w:val="18"/>
              </w:rPr>
              <w:t xml:space="preserve"> </w:t>
            </w:r>
            <w:r w:rsidRPr="00E54124">
              <w:rPr>
                <w:sz w:val="18"/>
                <w:szCs w:val="18"/>
              </w:rPr>
              <w:t xml:space="preserve"> [  ] </w:t>
            </w:r>
            <w:proofErr w:type="spellStart"/>
            <w:r w:rsidRPr="00E54124">
              <w:rPr>
                <w:sz w:val="18"/>
                <w:szCs w:val="18"/>
              </w:rPr>
              <w:t>Algún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conocido</w:t>
            </w:r>
            <w:proofErr w:type="spellEnd"/>
            <w:r w:rsidRPr="00E54124">
              <w:rPr>
                <w:sz w:val="18"/>
                <w:szCs w:val="18"/>
              </w:rPr>
              <w:t xml:space="preserve"> </w:t>
            </w:r>
            <w:proofErr w:type="spellStart"/>
            <w:r w:rsidRPr="00E54124">
              <w:rPr>
                <w:sz w:val="18"/>
                <w:szCs w:val="18"/>
              </w:rPr>
              <w:t>usuario</w:t>
            </w:r>
            <w:proofErr w:type="spellEnd"/>
          </w:p>
          <w:p w14:paraId="13E1099F" w14:textId="2DCDEEBA" w:rsidR="00E54124" w:rsidRPr="00E54124" w:rsidRDefault="00E541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A5C5F" w14:paraId="12A2D245" w14:textId="77777777">
        <w:trPr>
          <w:jc w:val="center"/>
        </w:trPr>
        <w:tc>
          <w:tcPr>
            <w:tcW w:w="11088" w:type="dxa"/>
            <w:gridSpan w:val="7"/>
            <w:shd w:val="clear" w:color="auto" w:fill="EAEAE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940579" w14:textId="77777777" w:rsidR="001A5C5F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4. DATOS DESCRIPTIVOS:</w:t>
            </w:r>
          </w:p>
        </w:tc>
      </w:tr>
      <w:tr w:rsidR="001A5C5F" w14:paraId="53059371" w14:textId="77777777" w:rsidTr="00E54124">
        <w:trPr>
          <w:jc w:val="center"/>
        </w:trPr>
        <w:tc>
          <w:tcPr>
            <w:tcW w:w="3119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695658" w14:textId="77777777" w:rsidR="001A5C5F" w:rsidRPr="00E54124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E54124">
              <w:rPr>
                <w:sz w:val="18"/>
                <w:szCs w:val="24"/>
              </w:rPr>
              <w:t>Condición Evaluada</w:t>
            </w:r>
          </w:p>
        </w:tc>
        <w:tc>
          <w:tcPr>
            <w:tcW w:w="1501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222710" w14:textId="77777777" w:rsidR="001A5C5F" w:rsidRDefault="00000000">
            <w:pPr>
              <w:spacing w:after="0" w:line="240" w:lineRule="auto"/>
              <w:jc w:val="center"/>
            </w:pPr>
            <w:r>
              <w:t>SI</w:t>
            </w:r>
          </w:p>
        </w:tc>
        <w:tc>
          <w:tcPr>
            <w:tcW w:w="924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17A63" w14:textId="77777777" w:rsidR="001A5C5F" w:rsidRDefault="00000000">
            <w:pPr>
              <w:spacing w:after="0" w:line="240" w:lineRule="auto"/>
              <w:jc w:val="center"/>
            </w:pPr>
            <w:r>
              <w:t>NO</w:t>
            </w:r>
          </w:p>
        </w:tc>
        <w:tc>
          <w:tcPr>
            <w:tcW w:w="1848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00FF2E" w14:textId="77777777" w:rsidR="001A5C5F" w:rsidRDefault="00000000">
            <w:pPr>
              <w:spacing w:after="0" w:line="240" w:lineRule="auto"/>
              <w:jc w:val="center"/>
            </w:pPr>
            <w:r>
              <w:t>CON APOYOS</w:t>
            </w:r>
          </w:p>
        </w:tc>
        <w:tc>
          <w:tcPr>
            <w:tcW w:w="3696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A7209" w14:textId="77777777" w:rsidR="001A5C5F" w:rsidRDefault="00000000">
            <w:pPr>
              <w:spacing w:after="0" w:line="240" w:lineRule="auto"/>
              <w:jc w:val="center"/>
            </w:pPr>
            <w:r>
              <w:t>OBSERVACIONES</w:t>
            </w:r>
          </w:p>
        </w:tc>
      </w:tr>
      <w:tr w:rsidR="001A5C5F" w14:paraId="41230BCC" w14:textId="77777777" w:rsidTr="00E54124">
        <w:trPr>
          <w:jc w:val="center"/>
        </w:trPr>
        <w:tc>
          <w:tcPr>
            <w:tcW w:w="3119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63D88" w14:textId="77777777" w:rsidR="001A5C5F" w:rsidRPr="00E54124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E54124">
              <w:rPr>
                <w:sz w:val="18"/>
                <w:szCs w:val="24"/>
              </w:rPr>
              <w:t>Independiente en la casa</w:t>
            </w:r>
          </w:p>
        </w:tc>
        <w:tc>
          <w:tcPr>
            <w:tcW w:w="1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A337F6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A6C2FD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18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34FF5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369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6F4125" w14:textId="652A3488" w:rsidR="001A5C5F" w:rsidRDefault="00000000">
            <w:pPr>
              <w:spacing w:after="0" w:line="240" w:lineRule="auto"/>
            </w:pPr>
            <w:r>
              <w:t xml:space="preserve">                                                                               </w:t>
            </w:r>
          </w:p>
        </w:tc>
      </w:tr>
      <w:tr w:rsidR="001A5C5F" w14:paraId="18CC14E5" w14:textId="77777777" w:rsidTr="00E54124">
        <w:trPr>
          <w:jc w:val="center"/>
        </w:trPr>
        <w:tc>
          <w:tcPr>
            <w:tcW w:w="3119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886567" w14:textId="77777777" w:rsidR="001A5C5F" w:rsidRPr="00E54124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E54124">
              <w:rPr>
                <w:sz w:val="18"/>
                <w:szCs w:val="24"/>
              </w:rPr>
              <w:t>Independiente fuera de la casa</w:t>
            </w:r>
          </w:p>
        </w:tc>
        <w:tc>
          <w:tcPr>
            <w:tcW w:w="1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70785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D850C2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18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EFB57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369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1D22C8" w14:textId="629831EE" w:rsidR="001A5C5F" w:rsidRDefault="00000000">
            <w:pPr>
              <w:spacing w:after="0" w:line="240" w:lineRule="auto"/>
            </w:pPr>
            <w:r>
              <w:t xml:space="preserve">                                                                              </w:t>
            </w:r>
          </w:p>
        </w:tc>
      </w:tr>
      <w:tr w:rsidR="001A5C5F" w14:paraId="5B5D1FFE" w14:textId="77777777" w:rsidTr="00E54124">
        <w:trPr>
          <w:jc w:val="center"/>
        </w:trPr>
        <w:tc>
          <w:tcPr>
            <w:tcW w:w="3119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4A5E8B" w14:textId="77777777" w:rsidR="001A5C5F" w:rsidRPr="00E54124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E54124">
              <w:rPr>
                <w:sz w:val="18"/>
                <w:szCs w:val="24"/>
              </w:rPr>
              <w:t>Agarra objetos</w:t>
            </w:r>
          </w:p>
        </w:tc>
        <w:tc>
          <w:tcPr>
            <w:tcW w:w="1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19F409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B3A235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18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62BA27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369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8C170D" w14:textId="70D36381" w:rsidR="001A5C5F" w:rsidRDefault="00000000">
            <w:pPr>
              <w:spacing w:after="0" w:line="240" w:lineRule="auto"/>
            </w:pPr>
            <w:r>
              <w:t xml:space="preserve">                                                                              </w:t>
            </w:r>
          </w:p>
        </w:tc>
      </w:tr>
      <w:tr w:rsidR="001A5C5F" w14:paraId="06B6D574" w14:textId="77777777" w:rsidTr="00E54124">
        <w:trPr>
          <w:jc w:val="center"/>
        </w:trPr>
        <w:tc>
          <w:tcPr>
            <w:tcW w:w="3119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13E0C" w14:textId="77777777" w:rsidR="001A5C5F" w:rsidRPr="00E54124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E54124">
              <w:rPr>
                <w:sz w:val="18"/>
                <w:szCs w:val="24"/>
              </w:rPr>
              <w:t>Camina</w:t>
            </w:r>
          </w:p>
        </w:tc>
        <w:tc>
          <w:tcPr>
            <w:tcW w:w="1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D625FB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7BDCEE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18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792FE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369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2EEFEB" w14:textId="420C617F" w:rsidR="001A5C5F" w:rsidRDefault="00000000">
            <w:pPr>
              <w:spacing w:after="0" w:line="240" w:lineRule="auto"/>
            </w:pPr>
            <w:r>
              <w:t xml:space="preserve">                                                                                </w:t>
            </w:r>
          </w:p>
        </w:tc>
      </w:tr>
      <w:tr w:rsidR="001A5C5F" w14:paraId="4E3712D5" w14:textId="77777777" w:rsidTr="00E54124">
        <w:trPr>
          <w:jc w:val="center"/>
        </w:trPr>
        <w:tc>
          <w:tcPr>
            <w:tcW w:w="3119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776C4" w14:textId="77777777" w:rsidR="001A5C5F" w:rsidRPr="00E54124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E54124">
              <w:rPr>
                <w:sz w:val="18"/>
                <w:szCs w:val="24"/>
              </w:rPr>
              <w:t>Habla</w:t>
            </w:r>
          </w:p>
        </w:tc>
        <w:tc>
          <w:tcPr>
            <w:tcW w:w="1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41CD0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228B5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18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709D17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369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476695" w14:textId="0FC16BA6" w:rsidR="001A5C5F" w:rsidRDefault="00000000">
            <w:pPr>
              <w:spacing w:after="0" w:line="240" w:lineRule="auto"/>
            </w:pPr>
            <w:r>
              <w:t xml:space="preserve">                                                                                </w:t>
            </w:r>
          </w:p>
        </w:tc>
      </w:tr>
      <w:tr w:rsidR="001A5C5F" w14:paraId="7CEAE120" w14:textId="77777777" w:rsidTr="00E54124">
        <w:trPr>
          <w:jc w:val="center"/>
        </w:trPr>
        <w:tc>
          <w:tcPr>
            <w:tcW w:w="3119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A51C5" w14:textId="77777777" w:rsidR="001A5C5F" w:rsidRPr="00E54124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E54124">
              <w:rPr>
                <w:sz w:val="18"/>
                <w:szCs w:val="24"/>
              </w:rPr>
              <w:t>Entiende lo que se le dice</w:t>
            </w:r>
          </w:p>
        </w:tc>
        <w:tc>
          <w:tcPr>
            <w:tcW w:w="150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7FB302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9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30F4C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184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6E9998" w14:textId="77777777" w:rsidR="001A5C5F" w:rsidRDefault="00000000">
            <w:pPr>
              <w:spacing w:after="0" w:line="240" w:lineRule="auto"/>
              <w:jc w:val="center"/>
            </w:pPr>
            <w:r>
              <w:t>[  ]</w:t>
            </w:r>
          </w:p>
        </w:tc>
        <w:tc>
          <w:tcPr>
            <w:tcW w:w="3696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0744E5" w14:textId="0F170AF2" w:rsidR="001A5C5F" w:rsidRDefault="00000000">
            <w:pPr>
              <w:spacing w:after="0" w:line="240" w:lineRule="auto"/>
            </w:pPr>
            <w:r>
              <w:t xml:space="preserve">                                                                                </w:t>
            </w:r>
          </w:p>
        </w:tc>
      </w:tr>
      <w:tr w:rsidR="001A5C5F" w14:paraId="6F92273E" w14:textId="77777777">
        <w:trPr>
          <w:jc w:val="center"/>
        </w:trPr>
        <w:tc>
          <w:tcPr>
            <w:tcW w:w="11088" w:type="dxa"/>
            <w:gridSpan w:val="7"/>
            <w:shd w:val="clear" w:color="auto" w:fill="EAEAE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9CB83F5" w14:textId="12291753" w:rsidR="001A5C5F" w:rsidRDefault="00000000">
            <w:pPr>
              <w:spacing w:after="0" w:line="240" w:lineRule="auto"/>
            </w:pPr>
            <w:r>
              <w:rPr>
                <w:b/>
                <w:sz w:val="19"/>
              </w:rPr>
              <w:t xml:space="preserve">5. </w:t>
            </w:r>
            <w:proofErr w:type="spellStart"/>
            <w:r w:rsidR="00E54124">
              <w:rPr>
                <w:b/>
                <w:sz w:val="19"/>
              </w:rPr>
              <w:t>Turno</w:t>
            </w:r>
            <w:proofErr w:type="spellEnd"/>
            <w:r w:rsidR="00E54124">
              <w:rPr>
                <w:b/>
                <w:sz w:val="19"/>
              </w:rPr>
              <w:t xml:space="preserve"> de </w:t>
            </w:r>
            <w:proofErr w:type="spellStart"/>
            <w:r w:rsidR="00E54124">
              <w:rPr>
                <w:b/>
                <w:sz w:val="19"/>
              </w:rPr>
              <w:t>preferencia</w:t>
            </w:r>
            <w:proofErr w:type="spellEnd"/>
            <w:r w:rsidR="00E54124">
              <w:rPr>
                <w:b/>
                <w:sz w:val="19"/>
              </w:rPr>
              <w:t xml:space="preserve"> para la </w:t>
            </w:r>
            <w:proofErr w:type="spellStart"/>
            <w:r w:rsidR="00E54124">
              <w:rPr>
                <w:b/>
                <w:sz w:val="19"/>
              </w:rPr>
              <w:t>evaluación</w:t>
            </w:r>
            <w:proofErr w:type="spellEnd"/>
            <w:proofErr w:type="gramStart"/>
            <w:r>
              <w:rPr>
                <w:b/>
                <w:sz w:val="19"/>
              </w:rPr>
              <w:t>:  [</w:t>
            </w:r>
            <w:proofErr w:type="gramEnd"/>
            <w:r>
              <w:rPr>
                <w:b/>
                <w:sz w:val="19"/>
              </w:rPr>
              <w:t xml:space="preserve">  ] </w:t>
            </w:r>
            <w:proofErr w:type="spellStart"/>
            <w:r>
              <w:rPr>
                <w:b/>
                <w:sz w:val="19"/>
              </w:rPr>
              <w:t>Mañana</w:t>
            </w:r>
            <w:proofErr w:type="spellEnd"/>
            <w:r>
              <w:rPr>
                <w:b/>
                <w:sz w:val="19"/>
              </w:rPr>
              <w:t xml:space="preserve">   [  ] Tarde</w:t>
            </w:r>
          </w:p>
        </w:tc>
      </w:tr>
      <w:tr w:rsidR="001A5C5F" w14:paraId="56F4FE7E" w14:textId="77777777">
        <w:trPr>
          <w:jc w:val="center"/>
        </w:trPr>
        <w:tc>
          <w:tcPr>
            <w:tcW w:w="11088" w:type="dxa"/>
            <w:gridSpan w:val="7"/>
            <w:shd w:val="clear" w:color="auto" w:fill="EAEAE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F85C2D" w14:textId="2889F634" w:rsidR="001A5C5F" w:rsidRDefault="00000000">
            <w:pPr>
              <w:spacing w:after="0" w:line="240" w:lineRule="auto"/>
            </w:pPr>
            <w:r>
              <w:rPr>
                <w:b/>
                <w:sz w:val="19"/>
              </w:rPr>
              <w:t xml:space="preserve">6. </w:t>
            </w:r>
            <w:proofErr w:type="spellStart"/>
            <w:r w:rsidR="00E54124">
              <w:rPr>
                <w:b/>
                <w:sz w:val="19"/>
              </w:rPr>
              <w:t>Diagnóstico</w:t>
            </w:r>
            <w:proofErr w:type="spellEnd"/>
            <w:r>
              <w:rPr>
                <w:b/>
                <w:sz w:val="19"/>
              </w:rPr>
              <w:t xml:space="preserve"> (A ser </w:t>
            </w:r>
            <w:proofErr w:type="spellStart"/>
            <w:r>
              <w:rPr>
                <w:b/>
                <w:sz w:val="19"/>
              </w:rPr>
              <w:t>completado</w:t>
            </w:r>
            <w:proofErr w:type="spellEnd"/>
            <w:r>
              <w:rPr>
                <w:b/>
                <w:sz w:val="19"/>
              </w:rPr>
              <w:t xml:space="preserve"> por el médico):</w:t>
            </w:r>
          </w:p>
        </w:tc>
      </w:tr>
      <w:tr w:rsidR="001A5C5F" w14:paraId="5334D6DF" w14:textId="77777777">
        <w:trPr>
          <w:jc w:val="center"/>
        </w:trPr>
        <w:tc>
          <w:tcPr>
            <w:tcW w:w="11088" w:type="dxa"/>
            <w:gridSpan w:val="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D400F1" w14:textId="7816ABAA" w:rsidR="001A5C5F" w:rsidRDefault="00000000">
            <w:pPr>
              <w:spacing w:after="0" w:line="240" w:lineRule="auto"/>
            </w:pPr>
            <w:r>
              <w:t xml:space="preserve">                                                                                                                                                                         </w:t>
            </w:r>
            <w:r>
              <w:br/>
              <w:t xml:space="preserve">                                                                                                                                                                          </w:t>
            </w:r>
          </w:p>
        </w:tc>
      </w:tr>
      <w:tr w:rsidR="001A5C5F" w14:paraId="5788388D" w14:textId="77777777" w:rsidTr="00E54124">
        <w:trPr>
          <w:trHeight w:val="812"/>
          <w:jc w:val="center"/>
        </w:trPr>
        <w:tc>
          <w:tcPr>
            <w:tcW w:w="5544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33B4E" w14:textId="77777777" w:rsidR="00E54124" w:rsidRPr="006517BC" w:rsidRDefault="00000000">
            <w:pPr>
              <w:spacing w:after="0" w:line="240" w:lineRule="auto"/>
              <w:rPr>
                <w:sz w:val="20"/>
                <w:szCs w:val="28"/>
              </w:rPr>
            </w:pPr>
            <w:proofErr w:type="spellStart"/>
            <w:r w:rsidRPr="006517BC">
              <w:rPr>
                <w:sz w:val="20"/>
                <w:szCs w:val="28"/>
              </w:rPr>
              <w:t>Nombre</w:t>
            </w:r>
            <w:proofErr w:type="spellEnd"/>
            <w:r w:rsidRPr="006517BC">
              <w:rPr>
                <w:sz w:val="20"/>
                <w:szCs w:val="28"/>
              </w:rPr>
              <w:t xml:space="preserve"> y </w:t>
            </w:r>
            <w:proofErr w:type="spellStart"/>
            <w:r w:rsidRPr="006517BC">
              <w:rPr>
                <w:sz w:val="20"/>
                <w:szCs w:val="28"/>
              </w:rPr>
              <w:t>Firma</w:t>
            </w:r>
            <w:proofErr w:type="spellEnd"/>
            <w:r w:rsidRPr="006517BC">
              <w:rPr>
                <w:sz w:val="20"/>
                <w:szCs w:val="28"/>
              </w:rPr>
              <w:t xml:space="preserve"> del </w:t>
            </w:r>
            <w:proofErr w:type="spellStart"/>
            <w:r w:rsidRPr="006517BC">
              <w:rPr>
                <w:sz w:val="20"/>
                <w:szCs w:val="28"/>
              </w:rPr>
              <w:t>médico</w:t>
            </w:r>
            <w:proofErr w:type="spellEnd"/>
            <w:r w:rsidRPr="006517BC">
              <w:rPr>
                <w:sz w:val="20"/>
                <w:szCs w:val="28"/>
              </w:rPr>
              <w:t>:</w:t>
            </w:r>
          </w:p>
          <w:p w14:paraId="3668770E" w14:textId="77777777" w:rsidR="00E54124" w:rsidRPr="006517BC" w:rsidRDefault="00E54124">
            <w:pPr>
              <w:spacing w:after="0" w:line="240" w:lineRule="auto"/>
              <w:rPr>
                <w:sz w:val="20"/>
                <w:szCs w:val="28"/>
              </w:rPr>
            </w:pPr>
          </w:p>
          <w:p w14:paraId="2D240121" w14:textId="1F270145" w:rsidR="001A5C5F" w:rsidRPr="006517BC" w:rsidRDefault="00000000">
            <w:pPr>
              <w:spacing w:after="0" w:line="240" w:lineRule="auto"/>
              <w:rPr>
                <w:sz w:val="20"/>
                <w:szCs w:val="28"/>
              </w:rPr>
            </w:pPr>
            <w:r w:rsidRPr="006517BC">
              <w:rPr>
                <w:sz w:val="20"/>
                <w:szCs w:val="28"/>
              </w:rPr>
              <w:t xml:space="preserve"> ___________________________</w:t>
            </w:r>
          </w:p>
        </w:tc>
        <w:tc>
          <w:tcPr>
            <w:tcW w:w="554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774ACD" w14:textId="3F5B869F" w:rsidR="00E54124" w:rsidRPr="006517BC" w:rsidRDefault="00000000">
            <w:pPr>
              <w:spacing w:after="0" w:line="240" w:lineRule="auto"/>
              <w:rPr>
                <w:sz w:val="20"/>
                <w:szCs w:val="28"/>
              </w:rPr>
            </w:pPr>
            <w:proofErr w:type="spellStart"/>
            <w:r w:rsidRPr="006517BC">
              <w:rPr>
                <w:sz w:val="20"/>
                <w:szCs w:val="28"/>
              </w:rPr>
              <w:t>F</w:t>
            </w:r>
            <w:r w:rsidR="006517BC" w:rsidRPr="006517BC">
              <w:rPr>
                <w:sz w:val="20"/>
                <w:szCs w:val="28"/>
              </w:rPr>
              <w:t>irma</w:t>
            </w:r>
            <w:proofErr w:type="spellEnd"/>
            <w:r w:rsidRPr="006517BC">
              <w:rPr>
                <w:sz w:val="20"/>
                <w:szCs w:val="28"/>
              </w:rPr>
              <w:t xml:space="preserve"> del/la </w:t>
            </w:r>
            <w:proofErr w:type="spellStart"/>
            <w:r w:rsidR="006517BC" w:rsidRPr="006517BC">
              <w:rPr>
                <w:sz w:val="20"/>
                <w:szCs w:val="28"/>
              </w:rPr>
              <w:t>encargado</w:t>
            </w:r>
            <w:proofErr w:type="spellEnd"/>
            <w:r w:rsidRPr="006517BC">
              <w:rPr>
                <w:sz w:val="20"/>
                <w:szCs w:val="28"/>
              </w:rPr>
              <w:t>/</w:t>
            </w:r>
            <w:r w:rsidR="006517BC" w:rsidRPr="006517BC">
              <w:rPr>
                <w:sz w:val="20"/>
                <w:szCs w:val="28"/>
              </w:rPr>
              <w:t>a</w:t>
            </w:r>
            <w:r w:rsidRPr="006517BC">
              <w:rPr>
                <w:sz w:val="20"/>
                <w:szCs w:val="28"/>
              </w:rPr>
              <w:t xml:space="preserve"> del NNA: </w:t>
            </w:r>
          </w:p>
          <w:p w14:paraId="44E41761" w14:textId="77777777" w:rsidR="00E54124" w:rsidRPr="006517BC" w:rsidRDefault="00E54124">
            <w:pPr>
              <w:spacing w:after="0" w:line="240" w:lineRule="auto"/>
              <w:rPr>
                <w:sz w:val="20"/>
                <w:szCs w:val="28"/>
              </w:rPr>
            </w:pPr>
          </w:p>
          <w:p w14:paraId="594C19D7" w14:textId="60AC1665" w:rsidR="001A5C5F" w:rsidRPr="006517BC" w:rsidRDefault="00000000">
            <w:pPr>
              <w:spacing w:after="0" w:line="240" w:lineRule="auto"/>
              <w:rPr>
                <w:sz w:val="20"/>
                <w:szCs w:val="28"/>
              </w:rPr>
            </w:pPr>
            <w:r w:rsidRPr="006517BC">
              <w:rPr>
                <w:sz w:val="20"/>
                <w:szCs w:val="28"/>
              </w:rPr>
              <w:t>___________________________</w:t>
            </w:r>
          </w:p>
        </w:tc>
      </w:tr>
      <w:tr w:rsidR="001A5C5F" w14:paraId="62C6ADFA" w14:textId="77777777" w:rsidTr="00E54124">
        <w:trPr>
          <w:trHeight w:val="1561"/>
          <w:jc w:val="center"/>
        </w:trPr>
        <w:tc>
          <w:tcPr>
            <w:tcW w:w="7392" w:type="dxa"/>
            <w:gridSpan w:val="5"/>
            <w:shd w:val="clear" w:color="auto" w:fill="FAFAF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EE6532" w14:textId="77777777" w:rsidR="001A5C5F" w:rsidRDefault="00000000">
            <w:pPr>
              <w:spacing w:after="0" w:line="240" w:lineRule="auto"/>
            </w:pPr>
            <w:r>
              <w:rPr>
                <w:b/>
              </w:rPr>
              <w:t>IMPORTANTE. Adjuntar al entregar:</w:t>
            </w:r>
            <w:r>
              <w:rPr>
                <w:b/>
              </w:rPr>
              <w:br/>
              <w:t>1) Fotocopia del cuaderno pediátrico</w:t>
            </w:r>
            <w:r>
              <w:rPr>
                <w:b/>
              </w:rPr>
              <w:br/>
              <w:t>2) Fotocopia de todos los estudios médicos realizados</w:t>
            </w:r>
            <w:r>
              <w:rPr>
                <w:b/>
              </w:rPr>
              <w:br/>
              <w:t>3) Fotocopia de Cédula de Identidad de NNA y Encargado/a</w:t>
            </w:r>
            <w:r>
              <w:rPr>
                <w:b/>
              </w:rPr>
              <w:br/>
              <w:t>4) Todos los campos deben estar completos.</w:t>
            </w:r>
          </w:p>
        </w:tc>
        <w:tc>
          <w:tcPr>
            <w:tcW w:w="3696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ACFF31" w14:textId="77777777" w:rsidR="001A5C5F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SELLO INSTITUTIONAL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</w:tbl>
    <w:p w14:paraId="461350CD" w14:textId="2660CBCB" w:rsidR="00B21544" w:rsidRDefault="00B21544" w:rsidP="008F3B53">
      <w:pPr>
        <w:spacing w:before="240"/>
      </w:pPr>
      <w:r w:rsidRPr="00B21544">
        <w:rPr>
          <w:b/>
          <w:bCs/>
          <w:u w:val="single"/>
        </w:rPr>
        <w:t>SUCURSALES Y CONTACTO:</w:t>
      </w:r>
      <w:r>
        <w:br/>
      </w:r>
      <w:r w:rsidRPr="00B21544">
        <w:rPr>
          <w:b/>
          <w:bCs/>
        </w:rPr>
        <w:t>Asunción</w:t>
      </w:r>
      <w:r>
        <w:t xml:space="preserve">: Avda. Cacique </w:t>
      </w:r>
      <w:proofErr w:type="spellStart"/>
      <w:r>
        <w:t>Lambaré</w:t>
      </w:r>
      <w:proofErr w:type="spellEnd"/>
      <w:r>
        <w:t xml:space="preserve"> 4636 | Tel: 021-552 300 / 0981-901-686</w:t>
      </w:r>
      <w:r>
        <w:br/>
      </w:r>
      <w:r w:rsidRPr="00B21544">
        <w:rPr>
          <w:b/>
          <w:bCs/>
        </w:rPr>
        <w:t>Coronel Oviedo</w:t>
      </w:r>
      <w:r>
        <w:t xml:space="preserve">: Ruta 2 km129 | </w:t>
      </w:r>
      <w:proofErr w:type="spellStart"/>
      <w:r>
        <w:t>Cel</w:t>
      </w:r>
      <w:proofErr w:type="spellEnd"/>
      <w:r>
        <w:t>: 0962-351 249</w:t>
      </w:r>
      <w:r>
        <w:br/>
      </w:r>
      <w:proofErr w:type="spellStart"/>
      <w:r w:rsidRPr="00B21544">
        <w:rPr>
          <w:b/>
          <w:bCs/>
        </w:rPr>
        <w:t>Minga</w:t>
      </w:r>
      <w:proofErr w:type="spellEnd"/>
      <w:r w:rsidRPr="00B21544">
        <w:rPr>
          <w:b/>
          <w:bCs/>
        </w:rPr>
        <w:t xml:space="preserve"> </w:t>
      </w:r>
      <w:proofErr w:type="spellStart"/>
      <w:r w:rsidRPr="00B21544">
        <w:rPr>
          <w:b/>
          <w:bCs/>
        </w:rPr>
        <w:t>Guazú</w:t>
      </w:r>
      <w:proofErr w:type="spellEnd"/>
      <w:r w:rsidRPr="00B21544">
        <w:rPr>
          <w:b/>
          <w:bCs/>
        </w:rPr>
        <w:t>:</w:t>
      </w:r>
      <w:r>
        <w:t xml:space="preserve"> Km. 20 - Ruta Internacional Dr. José Gaspar Rodríguez de Francia | Tel: 021-338-9791</w:t>
      </w:r>
    </w:p>
    <w:p w14:paraId="7B0D2BFB" w14:textId="6E0F9798" w:rsidR="001A5C5F" w:rsidRDefault="001A5C5F"/>
    <w:p w14:paraId="6250F163" w14:textId="77777777" w:rsidR="008F3B53" w:rsidRDefault="008F3B53" w:rsidP="008F3B53">
      <w:pPr>
        <w:spacing w:before="35" w:line="273" w:lineRule="auto"/>
        <w:ind w:left="219"/>
        <w:rPr>
          <w:b/>
        </w:rPr>
      </w:pPr>
      <w:bookmarkStart w:id="0" w:name="_Hlk240465750"/>
      <w:r>
        <w:rPr>
          <w:b/>
          <w:u w:val="single"/>
        </w:rPr>
        <w:lastRenderedPageBreak/>
        <w:t>CRITERIOS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ADMISIÓN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PARA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APLICAR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AL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INGRESO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LOS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SERVICIOS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LOS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CENTROS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</w:rPr>
        <w:t xml:space="preserve"> </w:t>
      </w:r>
      <w:r>
        <w:rPr>
          <w:b/>
          <w:u w:val="single"/>
        </w:rPr>
        <w:t>REHABILITACIÓN INTEGRAL TELETÓN</w:t>
      </w:r>
    </w:p>
    <w:p w14:paraId="56493C5A" w14:textId="77777777" w:rsidR="008F3B53" w:rsidRDefault="008F3B53" w:rsidP="008F3B53">
      <w:pPr>
        <w:pStyle w:val="Textoindependiente"/>
        <w:spacing w:before="204"/>
        <w:ind w:left="219"/>
      </w:pPr>
      <w:proofErr w:type="spellStart"/>
      <w:r>
        <w:t>Atención</w:t>
      </w:r>
      <w:proofErr w:type="spellEnd"/>
      <w:r>
        <w:rPr>
          <w:spacing w:val="-8"/>
        </w:rPr>
        <w:t xml:space="preserve"> </w:t>
      </w:r>
      <w:proofErr w:type="gramStart"/>
      <w:r>
        <w:t>a</w:t>
      </w:r>
      <w:proofErr w:type="gramEnd"/>
      <w:r>
        <w:rPr>
          <w:spacing w:val="-4"/>
        </w:rPr>
        <w:t xml:space="preserve"> </w:t>
      </w:r>
      <w:r>
        <w:t>NNA</w:t>
      </w:r>
      <w:r>
        <w:rPr>
          <w:spacing w:val="-3"/>
        </w:rPr>
        <w:t xml:space="preserve"> </w:t>
      </w:r>
      <w:r>
        <w:t>(</w:t>
      </w:r>
      <w:proofErr w:type="spellStart"/>
      <w:r>
        <w:t>Niñas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Niños</w:t>
      </w:r>
      <w:proofErr w:type="spellEnd"/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proofErr w:type="spellStart"/>
      <w:r>
        <w:t>Adolescentes</w:t>
      </w:r>
      <w:proofErr w:type="spellEnd"/>
      <w:r>
        <w:t>)</w:t>
      </w:r>
      <w:r>
        <w:rPr>
          <w:spacing w:val="-4"/>
        </w:rPr>
        <w:t xml:space="preserve"> </w:t>
      </w:r>
      <w:proofErr w:type="spellStart"/>
      <w:r>
        <w:t>desde</w:t>
      </w:r>
      <w:proofErr w:type="spellEnd"/>
      <w:r>
        <w:rPr>
          <w:spacing w:val="-4"/>
        </w:rPr>
        <w:t xml:space="preserve"> </w:t>
      </w:r>
      <w:proofErr w:type="spellStart"/>
      <w:r>
        <w:t>el</w:t>
      </w:r>
      <w:proofErr w:type="spellEnd"/>
      <w:r>
        <w:rPr>
          <w:spacing w:val="-7"/>
        </w:rPr>
        <w:t xml:space="preserve"> </w:t>
      </w:r>
      <w:proofErr w:type="spellStart"/>
      <w:r>
        <w:t>nacimiento</w:t>
      </w:r>
      <w:proofErr w:type="spellEnd"/>
      <w:r>
        <w:rPr>
          <w:spacing w:val="-5"/>
        </w:rPr>
        <w:t xml:space="preserve"> </w:t>
      </w:r>
      <w:r>
        <w:t>hasta</w:t>
      </w:r>
      <w:r>
        <w:rPr>
          <w:spacing w:val="-5"/>
        </w:rPr>
        <w:t xml:space="preserve"> </w:t>
      </w:r>
      <w:proofErr w:type="spellStart"/>
      <w:r>
        <w:t>los</w:t>
      </w:r>
      <w:proofErr w:type="spellEnd"/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proofErr w:type="spellStart"/>
      <w:r>
        <w:t>años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edad</w:t>
      </w:r>
      <w:proofErr w:type="spellEnd"/>
      <w:r>
        <w:rPr>
          <w:spacing w:val="-2"/>
        </w:rPr>
        <w:t>.</w:t>
      </w:r>
    </w:p>
    <w:p w14:paraId="529D3D48" w14:textId="77777777" w:rsidR="008F3B53" w:rsidRDefault="008F3B53" w:rsidP="008F3B53">
      <w:pPr>
        <w:pStyle w:val="Textoindependiente"/>
        <w:spacing w:before="241" w:line="278" w:lineRule="auto"/>
        <w:ind w:left="219"/>
      </w:pPr>
      <w:r>
        <w:t>OBS:</w:t>
      </w:r>
      <w:r>
        <w:rPr>
          <w:spacing w:val="25"/>
        </w:rPr>
        <w:t xml:space="preserve"> </w:t>
      </w:r>
      <w:r>
        <w:t>Se</w:t>
      </w:r>
      <w:r>
        <w:rPr>
          <w:spacing w:val="31"/>
        </w:rPr>
        <w:t xml:space="preserve"> </w:t>
      </w:r>
      <w:proofErr w:type="spellStart"/>
      <w:r>
        <w:t>aceptan</w:t>
      </w:r>
      <w:proofErr w:type="spellEnd"/>
      <w:r>
        <w:rPr>
          <w:spacing w:val="29"/>
        </w:rPr>
        <w:t xml:space="preserve"> </w:t>
      </w:r>
      <w:proofErr w:type="spellStart"/>
      <w:r>
        <w:t>ingresos</w:t>
      </w:r>
      <w:proofErr w:type="spellEnd"/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proofErr w:type="spellStart"/>
      <w:r>
        <w:t>Adolescentes</w:t>
      </w:r>
      <w:proofErr w:type="spellEnd"/>
      <w:r>
        <w:rPr>
          <w:spacing w:val="26"/>
        </w:rPr>
        <w:t xml:space="preserve"> </w:t>
      </w:r>
      <w:r>
        <w:t>hasta</w:t>
      </w:r>
      <w:r>
        <w:rPr>
          <w:spacing w:val="30"/>
        </w:rPr>
        <w:t xml:space="preserve"> </w:t>
      </w:r>
      <w:proofErr w:type="spellStart"/>
      <w:r>
        <w:t>los</w:t>
      </w:r>
      <w:proofErr w:type="spellEnd"/>
      <w:r>
        <w:rPr>
          <w:spacing w:val="80"/>
        </w:rPr>
        <w:t xml:space="preserve"> </w:t>
      </w:r>
      <w:r>
        <w:t>17</w:t>
      </w:r>
      <w:r>
        <w:rPr>
          <w:spacing w:val="30"/>
        </w:rPr>
        <w:t xml:space="preserve"> </w:t>
      </w:r>
      <w:proofErr w:type="spellStart"/>
      <w:r>
        <w:t>años</w:t>
      </w:r>
      <w:proofErr w:type="spellEnd"/>
      <w:r>
        <w:t>;</w:t>
      </w:r>
      <w:r>
        <w:rPr>
          <w:spacing w:val="29"/>
        </w:rPr>
        <w:t xml:space="preserve"> </w:t>
      </w:r>
      <w:r>
        <w:t>4</w:t>
      </w:r>
      <w:r>
        <w:rPr>
          <w:spacing w:val="29"/>
        </w:rPr>
        <w:t xml:space="preserve"> </w:t>
      </w:r>
      <w:r>
        <w:t>meses</w:t>
      </w:r>
      <w:r>
        <w:rPr>
          <w:spacing w:val="80"/>
        </w:rPr>
        <w:t xml:space="preserve"> </w:t>
      </w:r>
      <w:proofErr w:type="spellStart"/>
      <w:r>
        <w:t>cumplidos</w:t>
      </w:r>
      <w:proofErr w:type="spellEnd"/>
      <w:r>
        <w:rPr>
          <w:spacing w:val="26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le</w:t>
      </w:r>
      <w:r>
        <w:rPr>
          <w:spacing w:val="26"/>
        </w:rPr>
        <w:t xml:space="preserve"> </w:t>
      </w:r>
      <w:proofErr w:type="spellStart"/>
      <w:r>
        <w:t>brindará</w:t>
      </w:r>
      <w:proofErr w:type="spellEnd"/>
      <w:r>
        <w:t xml:space="preserve"> </w:t>
      </w:r>
      <w:proofErr w:type="spellStart"/>
      <w:r>
        <w:t>atención</w:t>
      </w:r>
      <w:proofErr w:type="spellEnd"/>
      <w:r>
        <w:t xml:space="preserve"> hasta </w:t>
      </w:r>
      <w:proofErr w:type="spellStart"/>
      <w:r>
        <w:t>los</w:t>
      </w:r>
      <w:proofErr w:type="spellEnd"/>
      <w:r>
        <w:t xml:space="preserve"> 18 </w:t>
      </w:r>
      <w:proofErr w:type="spellStart"/>
      <w:r>
        <w:t>años</w:t>
      </w:r>
      <w:proofErr w:type="spellEnd"/>
      <w:r>
        <w:t xml:space="preserve"> de </w:t>
      </w:r>
      <w:proofErr w:type="spellStart"/>
      <w:r>
        <w:t>edad</w:t>
      </w:r>
      <w:proofErr w:type="spellEnd"/>
      <w:r>
        <w:t>.</w:t>
      </w:r>
    </w:p>
    <w:p w14:paraId="7544E545" w14:textId="77777777" w:rsidR="008F3B53" w:rsidRDefault="008F3B53" w:rsidP="008F3B53">
      <w:pPr>
        <w:pStyle w:val="Textoindependiente"/>
        <w:spacing w:before="198"/>
        <w:ind w:left="219"/>
      </w:pPr>
      <w:proofErr w:type="spellStart"/>
      <w:r>
        <w:t>Serán</w:t>
      </w:r>
      <w:proofErr w:type="spellEnd"/>
      <w:r>
        <w:rPr>
          <w:spacing w:val="-9"/>
        </w:rPr>
        <w:t xml:space="preserve"> </w:t>
      </w:r>
      <w:proofErr w:type="spellStart"/>
      <w:r>
        <w:t>atendidos</w:t>
      </w:r>
      <w:proofErr w:type="spellEnd"/>
      <w:r>
        <w:rPr>
          <w:spacing w:val="-5"/>
        </w:rPr>
        <w:t xml:space="preserve"> </w:t>
      </w:r>
      <w:proofErr w:type="spellStart"/>
      <w:r>
        <w:t>los</w:t>
      </w:r>
      <w:proofErr w:type="spellEnd"/>
      <w:r>
        <w:rPr>
          <w:spacing w:val="-5"/>
        </w:rPr>
        <w:t xml:space="preserve"> </w:t>
      </w:r>
      <w:r>
        <w:t>NNA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proofErr w:type="spellStart"/>
      <w:r>
        <w:t>tengan</w:t>
      </w:r>
      <w:proofErr w:type="spellEnd"/>
      <w:r>
        <w:rPr>
          <w:spacing w:val="-6"/>
        </w:rPr>
        <w:t xml:space="preserve"> </w:t>
      </w:r>
      <w:proofErr w:type="spellStart"/>
      <w:r>
        <w:t>alguno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t>los</w:t>
      </w:r>
      <w:proofErr w:type="spellEnd"/>
      <w:r>
        <w:rPr>
          <w:spacing w:val="-5"/>
        </w:rPr>
        <w:t xml:space="preserve"> </w:t>
      </w:r>
      <w:proofErr w:type="spellStart"/>
      <w:r>
        <w:t>siguientes</w:t>
      </w:r>
      <w:proofErr w:type="spellEnd"/>
      <w:r>
        <w:rPr>
          <w:spacing w:val="-5"/>
        </w:rPr>
        <w:t xml:space="preserve"> </w:t>
      </w:r>
      <w:proofErr w:type="spellStart"/>
      <w:r>
        <w:t>diagnósticos</w:t>
      </w:r>
      <w:proofErr w:type="spellEnd"/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condiciones</w:t>
      </w:r>
      <w:proofErr w:type="spellEnd"/>
      <w:r>
        <w:rPr>
          <w:spacing w:val="-2"/>
        </w:rPr>
        <w:t>:</w:t>
      </w:r>
    </w:p>
    <w:p w14:paraId="6F1C7A68" w14:textId="77777777" w:rsidR="008F3B53" w:rsidRDefault="008F3B53" w:rsidP="008F3B53">
      <w:pPr>
        <w:pStyle w:val="Prrafodelista"/>
        <w:widowControl w:val="0"/>
        <w:numPr>
          <w:ilvl w:val="0"/>
          <w:numId w:val="10"/>
        </w:numPr>
        <w:tabs>
          <w:tab w:val="left" w:pos="939"/>
        </w:tabs>
        <w:autoSpaceDE w:val="0"/>
        <w:autoSpaceDN w:val="0"/>
        <w:spacing w:before="240" w:after="0" w:line="240" w:lineRule="auto"/>
        <w:ind w:left="939" w:hanging="359"/>
        <w:contextualSpacing w:val="0"/>
        <w:jc w:val="both"/>
      </w:pPr>
      <w:proofErr w:type="spellStart"/>
      <w:r>
        <w:t>Lactantes</w:t>
      </w:r>
      <w:proofErr w:type="spellEnd"/>
      <w:r>
        <w:rPr>
          <w:spacing w:val="-7"/>
        </w:rPr>
        <w:t xml:space="preserve"> </w:t>
      </w:r>
      <w:r>
        <w:t>de</w:t>
      </w:r>
      <w:r>
        <w:rPr>
          <w:spacing w:val="46"/>
        </w:rPr>
        <w:t xml:space="preserve"> </w:t>
      </w:r>
      <w:proofErr w:type="spellStart"/>
      <w:r>
        <w:t>riesgo</w:t>
      </w:r>
      <w:proofErr w:type="spellEnd"/>
      <w:r>
        <w:rPr>
          <w:spacing w:val="-5"/>
        </w:rPr>
        <w:t xml:space="preserve"> </w:t>
      </w:r>
      <w:proofErr w:type="spellStart"/>
      <w:r>
        <w:t>neurológico</w:t>
      </w:r>
      <w:proofErr w:type="spellEnd"/>
      <w:r>
        <w:rPr>
          <w:spacing w:val="-6"/>
        </w:rPr>
        <w:t xml:space="preserve"> </w:t>
      </w:r>
      <w:r>
        <w:t>hasta</w:t>
      </w:r>
      <w:r>
        <w:rPr>
          <w:spacing w:val="-4"/>
        </w:rPr>
        <w:t xml:space="preserve"> </w:t>
      </w:r>
      <w:proofErr w:type="spellStart"/>
      <w:r>
        <w:t>los</w:t>
      </w:r>
      <w:proofErr w:type="spellEnd"/>
      <w:r>
        <w:rPr>
          <w:spacing w:val="-4"/>
        </w:rPr>
        <w:t xml:space="preserve"> </w:t>
      </w:r>
      <w:r>
        <w:t>35</w:t>
      </w:r>
      <w:r>
        <w:rPr>
          <w:spacing w:val="-6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>*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proofErr w:type="spellStart"/>
      <w:r>
        <w:t>prioridad</w:t>
      </w:r>
      <w:proofErr w:type="spellEnd"/>
      <w:r>
        <w:rPr>
          <w:spacing w:val="-5"/>
        </w:rPr>
        <w:t xml:space="preserve"> </w:t>
      </w:r>
      <w:r>
        <w:t>hasta</w:t>
      </w:r>
      <w:r>
        <w:rPr>
          <w:spacing w:val="-4"/>
        </w:rPr>
        <w:t xml:space="preserve"> </w:t>
      </w:r>
      <w:proofErr w:type="spellStart"/>
      <w:r>
        <w:t>los</w:t>
      </w:r>
      <w:proofErr w:type="spellEnd"/>
      <w:r>
        <w:rPr>
          <w:spacing w:val="-4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rPr>
          <w:spacing w:val="-2"/>
        </w:rPr>
        <w:t>meses</w:t>
      </w:r>
    </w:p>
    <w:p w14:paraId="3290C8D1" w14:textId="77777777" w:rsidR="008F3B53" w:rsidRDefault="008F3B53" w:rsidP="008F3B53">
      <w:pPr>
        <w:pStyle w:val="Prrafodelista"/>
        <w:widowControl w:val="0"/>
        <w:numPr>
          <w:ilvl w:val="0"/>
          <w:numId w:val="10"/>
        </w:numPr>
        <w:tabs>
          <w:tab w:val="left" w:pos="940"/>
        </w:tabs>
        <w:autoSpaceDE w:val="0"/>
        <w:autoSpaceDN w:val="0"/>
        <w:spacing w:before="34" w:after="0" w:line="266" w:lineRule="auto"/>
        <w:ind w:right="511"/>
        <w:contextualSpacing w:val="0"/>
        <w:jc w:val="both"/>
      </w:pPr>
      <w:proofErr w:type="spellStart"/>
      <w:r>
        <w:t>Discapacidad</w:t>
      </w:r>
      <w:proofErr w:type="spellEnd"/>
      <w:r>
        <w:t xml:space="preserve"> </w:t>
      </w:r>
      <w:proofErr w:type="spellStart"/>
      <w:r>
        <w:t>física</w:t>
      </w:r>
      <w:proofErr w:type="spellEnd"/>
      <w:r>
        <w:t xml:space="preserve">, </w:t>
      </w:r>
      <w:proofErr w:type="spellStart"/>
      <w:r>
        <w:t>congénita</w:t>
      </w:r>
      <w:proofErr w:type="spellEnd"/>
      <w:r>
        <w:t xml:space="preserve"> o </w:t>
      </w:r>
      <w:proofErr w:type="spellStart"/>
      <w:r>
        <w:t>adquirida</w:t>
      </w:r>
      <w:proofErr w:type="spellEnd"/>
      <w:r>
        <w:t xml:space="preserve"> </w:t>
      </w:r>
      <w:proofErr w:type="spellStart"/>
      <w:r>
        <w:t>secundaria</w:t>
      </w:r>
      <w:proofErr w:type="spellEnd"/>
      <w:r>
        <w:t xml:space="preserve"> a </w:t>
      </w:r>
      <w:proofErr w:type="spellStart"/>
      <w:r>
        <w:t>patologías</w:t>
      </w:r>
      <w:proofErr w:type="spellEnd"/>
      <w:r>
        <w:t xml:space="preserve"> de </w:t>
      </w:r>
      <w:proofErr w:type="spellStart"/>
      <w:r>
        <w:t>origen</w:t>
      </w:r>
      <w:proofErr w:type="spellEnd"/>
      <w:r>
        <w:t xml:space="preserve"> neuro </w:t>
      </w:r>
      <w:proofErr w:type="spellStart"/>
      <w:r>
        <w:t>músculo</w:t>
      </w:r>
      <w:proofErr w:type="spellEnd"/>
      <w:r>
        <w:t xml:space="preserve"> </w:t>
      </w:r>
      <w:proofErr w:type="spellStart"/>
      <w:proofErr w:type="gramStart"/>
      <w:r>
        <w:t>esquelético</w:t>
      </w:r>
      <w:proofErr w:type="spellEnd"/>
      <w:r>
        <w:t xml:space="preserve"> :</w:t>
      </w:r>
      <w:proofErr w:type="gramEnd"/>
    </w:p>
    <w:p w14:paraId="7774B617" w14:textId="77777777" w:rsidR="008F3B53" w:rsidRDefault="008F3B53" w:rsidP="008F3B53">
      <w:pPr>
        <w:pStyle w:val="Prrafodelista"/>
        <w:widowControl w:val="0"/>
        <w:numPr>
          <w:ilvl w:val="1"/>
          <w:numId w:val="10"/>
        </w:numPr>
        <w:tabs>
          <w:tab w:val="left" w:pos="1660"/>
        </w:tabs>
        <w:autoSpaceDE w:val="0"/>
        <w:autoSpaceDN w:val="0"/>
        <w:spacing w:before="18" w:after="0" w:line="240" w:lineRule="auto"/>
        <w:contextualSpacing w:val="0"/>
      </w:pPr>
      <w:proofErr w:type="spellStart"/>
      <w:r>
        <w:t>Parálisis</w:t>
      </w:r>
      <w:proofErr w:type="spellEnd"/>
      <w:r>
        <w:rPr>
          <w:spacing w:val="-5"/>
        </w:rPr>
        <w:t xml:space="preserve"> </w:t>
      </w:r>
      <w:r>
        <w:t>cerebral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infantil</w:t>
      </w:r>
      <w:proofErr w:type="spellEnd"/>
    </w:p>
    <w:p w14:paraId="537A8B16" w14:textId="77777777" w:rsidR="008F3B53" w:rsidRDefault="008F3B53" w:rsidP="008F3B53">
      <w:pPr>
        <w:pStyle w:val="Prrafodelista"/>
        <w:widowControl w:val="0"/>
        <w:numPr>
          <w:ilvl w:val="1"/>
          <w:numId w:val="10"/>
        </w:numPr>
        <w:tabs>
          <w:tab w:val="left" w:pos="1660"/>
        </w:tabs>
        <w:autoSpaceDE w:val="0"/>
        <w:autoSpaceDN w:val="0"/>
        <w:spacing w:before="36" w:after="0" w:line="240" w:lineRule="auto"/>
        <w:contextualSpacing w:val="0"/>
      </w:pPr>
      <w:proofErr w:type="spellStart"/>
      <w:r>
        <w:t>Traumatismo</w:t>
      </w:r>
      <w:proofErr w:type="spellEnd"/>
      <w:r>
        <w:rPr>
          <w:spacing w:val="-10"/>
        </w:rPr>
        <w:t xml:space="preserve"> </w:t>
      </w:r>
      <w:proofErr w:type="spellStart"/>
      <w:r>
        <w:t>cráneo</w:t>
      </w:r>
      <w:proofErr w:type="spellEnd"/>
      <w:r>
        <w:rPr>
          <w:spacing w:val="-7"/>
        </w:rPr>
        <w:t xml:space="preserve"> </w:t>
      </w:r>
      <w:proofErr w:type="spellStart"/>
      <w:r>
        <w:t>encefálico</w:t>
      </w:r>
      <w:proofErr w:type="spellEnd"/>
      <w:r>
        <w:rPr>
          <w:spacing w:val="-7"/>
        </w:rPr>
        <w:t xml:space="preserve"> </w:t>
      </w:r>
      <w:r>
        <w:t>u</w:t>
      </w:r>
      <w:r>
        <w:rPr>
          <w:spacing w:val="-7"/>
        </w:rPr>
        <w:t xml:space="preserve"> </w:t>
      </w:r>
      <w:proofErr w:type="spellStart"/>
      <w:r>
        <w:t>otras</w:t>
      </w:r>
      <w:proofErr w:type="spellEnd"/>
      <w:r>
        <w:rPr>
          <w:spacing w:val="-3"/>
        </w:rPr>
        <w:t xml:space="preserve"> </w:t>
      </w:r>
      <w:proofErr w:type="spellStart"/>
      <w:r>
        <w:t>lesiones</w:t>
      </w:r>
      <w:proofErr w:type="spellEnd"/>
      <w:r>
        <w:rPr>
          <w:spacing w:val="-6"/>
        </w:rPr>
        <w:t xml:space="preserve"> </w:t>
      </w:r>
      <w:proofErr w:type="spellStart"/>
      <w:r>
        <w:t>encefálicas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adquiridas</w:t>
      </w:r>
      <w:proofErr w:type="spellEnd"/>
      <w:r>
        <w:rPr>
          <w:spacing w:val="-2"/>
        </w:rPr>
        <w:t>,</w:t>
      </w:r>
    </w:p>
    <w:p w14:paraId="1F36B937" w14:textId="77777777" w:rsidR="008F3B53" w:rsidRDefault="008F3B53" w:rsidP="008F3B53">
      <w:pPr>
        <w:pStyle w:val="Prrafodelista"/>
        <w:widowControl w:val="0"/>
        <w:numPr>
          <w:ilvl w:val="1"/>
          <w:numId w:val="10"/>
        </w:numPr>
        <w:tabs>
          <w:tab w:val="left" w:pos="1660"/>
        </w:tabs>
        <w:autoSpaceDE w:val="0"/>
        <w:autoSpaceDN w:val="0"/>
        <w:spacing w:before="41" w:after="0" w:line="240" w:lineRule="auto"/>
        <w:contextualSpacing w:val="0"/>
      </w:pPr>
      <w:proofErr w:type="spellStart"/>
      <w:r>
        <w:t>Lesiones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medulares</w:t>
      </w:r>
      <w:proofErr w:type="spellEnd"/>
    </w:p>
    <w:p w14:paraId="116C2DE1" w14:textId="77777777" w:rsidR="008F3B53" w:rsidRDefault="008F3B53" w:rsidP="008F3B53">
      <w:pPr>
        <w:pStyle w:val="Prrafodelista"/>
        <w:widowControl w:val="0"/>
        <w:numPr>
          <w:ilvl w:val="1"/>
          <w:numId w:val="10"/>
        </w:numPr>
        <w:tabs>
          <w:tab w:val="left" w:pos="1660"/>
        </w:tabs>
        <w:autoSpaceDE w:val="0"/>
        <w:autoSpaceDN w:val="0"/>
        <w:spacing w:before="42" w:after="0" w:line="240" w:lineRule="auto"/>
        <w:contextualSpacing w:val="0"/>
      </w:pPr>
      <w:proofErr w:type="spellStart"/>
      <w:r>
        <w:t>Defectos</w:t>
      </w:r>
      <w:proofErr w:type="spellEnd"/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spellStart"/>
      <w:r>
        <w:t>tubo</w:t>
      </w:r>
      <w:proofErr w:type="spellEnd"/>
      <w:r>
        <w:rPr>
          <w:spacing w:val="-3"/>
        </w:rPr>
        <w:t xml:space="preserve"> </w:t>
      </w:r>
      <w:r>
        <w:t>neural</w:t>
      </w:r>
      <w:r>
        <w:rPr>
          <w:spacing w:val="-2"/>
        </w:rPr>
        <w:t xml:space="preserve"> </w:t>
      </w:r>
      <w:r>
        <w:t>(MMC-</w:t>
      </w:r>
      <w:r>
        <w:rPr>
          <w:spacing w:val="-6"/>
        </w:rPr>
        <w:t xml:space="preserve"> </w:t>
      </w:r>
      <w:proofErr w:type="spellStart"/>
      <w:r>
        <w:t>espina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bífida</w:t>
      </w:r>
      <w:proofErr w:type="spellEnd"/>
      <w:r>
        <w:rPr>
          <w:spacing w:val="-2"/>
        </w:rPr>
        <w:t>)</w:t>
      </w:r>
    </w:p>
    <w:p w14:paraId="7E28BB5E" w14:textId="77777777" w:rsidR="008F3B53" w:rsidRDefault="008F3B53" w:rsidP="008F3B53">
      <w:pPr>
        <w:pStyle w:val="Prrafodelista"/>
        <w:widowControl w:val="0"/>
        <w:numPr>
          <w:ilvl w:val="1"/>
          <w:numId w:val="10"/>
        </w:numPr>
        <w:tabs>
          <w:tab w:val="left" w:pos="1660"/>
        </w:tabs>
        <w:autoSpaceDE w:val="0"/>
        <w:autoSpaceDN w:val="0"/>
        <w:spacing w:before="42" w:after="0" w:line="240" w:lineRule="auto"/>
        <w:contextualSpacing w:val="0"/>
      </w:pPr>
      <w:proofErr w:type="spellStart"/>
      <w:r>
        <w:rPr>
          <w:spacing w:val="-2"/>
        </w:rPr>
        <w:t>Artrogriposis</w:t>
      </w:r>
      <w:proofErr w:type="spellEnd"/>
    </w:p>
    <w:p w14:paraId="7BA912E9" w14:textId="77777777" w:rsidR="008F3B53" w:rsidRDefault="008F3B53" w:rsidP="008F3B53">
      <w:pPr>
        <w:pStyle w:val="Prrafodelista"/>
        <w:widowControl w:val="0"/>
        <w:numPr>
          <w:ilvl w:val="1"/>
          <w:numId w:val="10"/>
        </w:numPr>
        <w:tabs>
          <w:tab w:val="left" w:pos="1660"/>
        </w:tabs>
        <w:autoSpaceDE w:val="0"/>
        <w:autoSpaceDN w:val="0"/>
        <w:spacing w:before="36" w:after="0" w:line="240" w:lineRule="auto"/>
        <w:contextualSpacing w:val="0"/>
      </w:pPr>
      <w:proofErr w:type="spellStart"/>
      <w:r>
        <w:t>Osteogénesis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imperfecta</w:t>
      </w:r>
    </w:p>
    <w:p w14:paraId="204767F6" w14:textId="77777777" w:rsidR="008F3B53" w:rsidRDefault="008F3B53" w:rsidP="008F3B53">
      <w:pPr>
        <w:pStyle w:val="Prrafodelista"/>
        <w:widowControl w:val="0"/>
        <w:numPr>
          <w:ilvl w:val="1"/>
          <w:numId w:val="10"/>
        </w:numPr>
        <w:tabs>
          <w:tab w:val="left" w:pos="1660"/>
        </w:tabs>
        <w:autoSpaceDE w:val="0"/>
        <w:autoSpaceDN w:val="0"/>
        <w:spacing w:before="42" w:after="0" w:line="240" w:lineRule="auto"/>
        <w:contextualSpacing w:val="0"/>
      </w:pPr>
      <w:proofErr w:type="spellStart"/>
      <w:r>
        <w:t>Parálisis</w:t>
      </w:r>
      <w:proofErr w:type="spellEnd"/>
      <w:r>
        <w:rPr>
          <w:spacing w:val="-7"/>
        </w:rPr>
        <w:t xml:space="preserve"> </w:t>
      </w:r>
      <w:proofErr w:type="spellStart"/>
      <w:r>
        <w:t>braquial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obstétrica</w:t>
      </w:r>
      <w:proofErr w:type="spellEnd"/>
    </w:p>
    <w:p w14:paraId="6E6C10D2" w14:textId="77777777" w:rsidR="008F3B53" w:rsidRDefault="008F3B53" w:rsidP="008F3B53">
      <w:pPr>
        <w:pStyle w:val="Prrafodelista"/>
        <w:widowControl w:val="0"/>
        <w:numPr>
          <w:ilvl w:val="1"/>
          <w:numId w:val="10"/>
        </w:numPr>
        <w:tabs>
          <w:tab w:val="left" w:pos="1660"/>
        </w:tabs>
        <w:autoSpaceDE w:val="0"/>
        <w:autoSpaceDN w:val="0"/>
        <w:spacing w:before="41" w:after="0" w:line="240" w:lineRule="auto"/>
        <w:contextualSpacing w:val="0"/>
      </w:pPr>
      <w:proofErr w:type="spellStart"/>
      <w:r>
        <w:t>Encefalopatías</w:t>
      </w:r>
      <w:proofErr w:type="spellEnd"/>
      <w:r>
        <w:rPr>
          <w:spacing w:val="-9"/>
        </w:rPr>
        <w:t xml:space="preserve"> </w:t>
      </w:r>
      <w:proofErr w:type="spellStart"/>
      <w:r>
        <w:t>epilépticas</w:t>
      </w:r>
      <w:proofErr w:type="spellEnd"/>
      <w:r>
        <w:rPr>
          <w:spacing w:val="-7"/>
        </w:rPr>
        <w:t xml:space="preserve"> </w:t>
      </w:r>
      <w:r>
        <w:t>sin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marcha</w:t>
      </w:r>
      <w:proofErr w:type="spellEnd"/>
    </w:p>
    <w:p w14:paraId="42CE3AEE" w14:textId="77777777" w:rsidR="008F3B53" w:rsidRDefault="008F3B53" w:rsidP="008F3B53">
      <w:pPr>
        <w:pStyle w:val="Prrafodelista"/>
        <w:widowControl w:val="0"/>
        <w:numPr>
          <w:ilvl w:val="1"/>
          <w:numId w:val="10"/>
        </w:numPr>
        <w:tabs>
          <w:tab w:val="left" w:pos="1660"/>
        </w:tabs>
        <w:autoSpaceDE w:val="0"/>
        <w:autoSpaceDN w:val="0"/>
        <w:spacing w:before="41" w:after="0" w:line="240" w:lineRule="auto"/>
        <w:contextualSpacing w:val="0"/>
      </w:pPr>
      <w:proofErr w:type="spellStart"/>
      <w:r>
        <w:t>Amputaciones</w:t>
      </w:r>
      <w:proofErr w:type="spellEnd"/>
      <w:r>
        <w:rPr>
          <w:spacing w:val="-8"/>
        </w:rPr>
        <w:t xml:space="preserve"> </w:t>
      </w:r>
      <w:proofErr w:type="spellStart"/>
      <w:r>
        <w:t>congénitas</w:t>
      </w:r>
      <w:proofErr w:type="spellEnd"/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adquiridas</w:t>
      </w:r>
      <w:proofErr w:type="spellEnd"/>
    </w:p>
    <w:p w14:paraId="7CB79300" w14:textId="77777777" w:rsidR="008F3B53" w:rsidRDefault="008F3B53" w:rsidP="008F3B53">
      <w:pPr>
        <w:pStyle w:val="Prrafodelista"/>
        <w:widowControl w:val="0"/>
        <w:numPr>
          <w:ilvl w:val="1"/>
          <w:numId w:val="10"/>
        </w:numPr>
        <w:tabs>
          <w:tab w:val="left" w:pos="1660"/>
        </w:tabs>
        <w:autoSpaceDE w:val="0"/>
        <w:autoSpaceDN w:val="0"/>
        <w:spacing w:before="42" w:after="0" w:line="240" w:lineRule="auto"/>
        <w:contextualSpacing w:val="0"/>
      </w:pPr>
      <w:proofErr w:type="spellStart"/>
      <w:r>
        <w:t>Lesiones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spellStart"/>
      <w:r>
        <w:t>nervios</w:t>
      </w:r>
      <w:proofErr w:type="spellEnd"/>
      <w:r>
        <w:rPr>
          <w:spacing w:val="-5"/>
        </w:rPr>
        <w:t xml:space="preserve"> </w:t>
      </w:r>
      <w:proofErr w:type="spellStart"/>
      <w:r>
        <w:t>periféricos</w:t>
      </w:r>
      <w:proofErr w:type="spellEnd"/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2"/>
        </w:rPr>
        <w:t>polirradiculopatías</w:t>
      </w:r>
    </w:p>
    <w:p w14:paraId="298F5F56" w14:textId="77777777" w:rsidR="008F3B53" w:rsidRDefault="008F3B53" w:rsidP="008F3B53">
      <w:pPr>
        <w:pStyle w:val="Prrafodelista"/>
        <w:widowControl w:val="0"/>
        <w:numPr>
          <w:ilvl w:val="0"/>
          <w:numId w:val="10"/>
        </w:numPr>
        <w:tabs>
          <w:tab w:val="left" w:pos="940"/>
        </w:tabs>
        <w:autoSpaceDE w:val="0"/>
        <w:autoSpaceDN w:val="0"/>
        <w:spacing w:before="34" w:after="0" w:line="273" w:lineRule="auto"/>
        <w:ind w:right="509"/>
        <w:contextualSpacing w:val="0"/>
        <w:jc w:val="both"/>
      </w:pPr>
      <w:proofErr w:type="spellStart"/>
      <w:r>
        <w:t>Diagnósticos</w:t>
      </w:r>
      <w:proofErr w:type="spellEnd"/>
      <w:r>
        <w:t xml:space="preserve"> </w:t>
      </w:r>
      <w:proofErr w:type="spellStart"/>
      <w:r>
        <w:t>cromosómicos</w:t>
      </w:r>
      <w:proofErr w:type="spellEnd"/>
      <w:r>
        <w:t xml:space="preserve"> (</w:t>
      </w:r>
      <w:proofErr w:type="spellStart"/>
      <w:r>
        <w:t>ej</w:t>
      </w:r>
      <w:proofErr w:type="spellEnd"/>
      <w:r>
        <w:t xml:space="preserve">. S. de Down) y </w:t>
      </w:r>
      <w:proofErr w:type="spellStart"/>
      <w:r>
        <w:t>genéticos</w:t>
      </w:r>
      <w:proofErr w:type="spellEnd"/>
      <w:r>
        <w:t xml:space="preserve"> (</w:t>
      </w:r>
      <w:proofErr w:type="spellStart"/>
      <w:r>
        <w:t>ej</w:t>
      </w:r>
      <w:proofErr w:type="spellEnd"/>
      <w:r>
        <w:t xml:space="preserve">. S. de Rett), </w:t>
      </w:r>
      <w:proofErr w:type="spellStart"/>
      <w:r>
        <w:t>mientras</w:t>
      </w:r>
      <w:proofErr w:type="spellEnd"/>
      <w:r>
        <w:t xml:space="preserve"> </w:t>
      </w:r>
      <w:proofErr w:type="spellStart"/>
      <w:r>
        <w:t>presentaran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discapacidad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moderada</w:t>
      </w:r>
      <w:proofErr w:type="spellEnd"/>
      <w:r>
        <w:t xml:space="preserve"> o </w:t>
      </w:r>
      <w:proofErr w:type="spellStart"/>
      <w:r>
        <w:t>severa</w:t>
      </w:r>
      <w:proofErr w:type="spellEnd"/>
      <w:r>
        <w:t xml:space="preserve"> o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genetopatía</w:t>
      </w:r>
      <w:proofErr w:type="spellEnd"/>
      <w:r>
        <w:t xml:space="preserve"> </w:t>
      </w:r>
      <w:proofErr w:type="spellStart"/>
      <w:r>
        <w:t>ocasionara</w:t>
      </w:r>
      <w:proofErr w:type="spellEnd"/>
      <w:r>
        <w:t xml:space="preserve"> </w:t>
      </w:r>
      <w:proofErr w:type="spellStart"/>
      <w:r>
        <w:t>disfunciones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neuromusculoesquelético</w:t>
      </w:r>
      <w:proofErr w:type="spellEnd"/>
      <w:r>
        <w:t>.</w:t>
      </w:r>
    </w:p>
    <w:p w14:paraId="7C49354A" w14:textId="77777777" w:rsidR="008F3B53" w:rsidRDefault="008F3B53" w:rsidP="008F3B53">
      <w:pPr>
        <w:pStyle w:val="Prrafodelista"/>
        <w:widowControl w:val="0"/>
        <w:numPr>
          <w:ilvl w:val="0"/>
          <w:numId w:val="10"/>
        </w:numPr>
        <w:tabs>
          <w:tab w:val="left" w:pos="939"/>
        </w:tabs>
        <w:autoSpaceDE w:val="0"/>
        <w:autoSpaceDN w:val="0"/>
        <w:spacing w:after="0" w:line="292" w:lineRule="exact"/>
        <w:ind w:left="939" w:hanging="359"/>
        <w:contextualSpacing w:val="0"/>
        <w:jc w:val="both"/>
      </w:pPr>
      <w:proofErr w:type="spellStart"/>
      <w:r>
        <w:t>Enfermedades</w:t>
      </w:r>
      <w:proofErr w:type="spellEnd"/>
      <w:r>
        <w:rPr>
          <w:spacing w:val="-10"/>
        </w:rPr>
        <w:t xml:space="preserve"> </w:t>
      </w:r>
      <w:proofErr w:type="spellStart"/>
      <w:r>
        <w:t>neuromusculares</w:t>
      </w:r>
      <w:proofErr w:type="spellEnd"/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neurodegenerativas</w:t>
      </w:r>
      <w:proofErr w:type="spellEnd"/>
      <w:r>
        <w:rPr>
          <w:spacing w:val="-2"/>
        </w:rPr>
        <w:t>.</w:t>
      </w:r>
    </w:p>
    <w:p w14:paraId="1F8E49ED" w14:textId="77777777" w:rsidR="008F3B53" w:rsidRDefault="008F3B53" w:rsidP="008F3B53">
      <w:pPr>
        <w:pStyle w:val="Prrafodelista"/>
        <w:widowControl w:val="0"/>
        <w:numPr>
          <w:ilvl w:val="0"/>
          <w:numId w:val="10"/>
        </w:numPr>
        <w:tabs>
          <w:tab w:val="left" w:pos="940"/>
        </w:tabs>
        <w:autoSpaceDE w:val="0"/>
        <w:autoSpaceDN w:val="0"/>
        <w:spacing w:before="39" w:after="0" w:line="266" w:lineRule="auto"/>
        <w:ind w:right="515"/>
        <w:contextualSpacing w:val="0"/>
        <w:jc w:val="both"/>
      </w:pPr>
      <w:proofErr w:type="spellStart"/>
      <w:r>
        <w:t>Enfermedades</w:t>
      </w:r>
      <w:proofErr w:type="spellEnd"/>
      <w:r>
        <w:t xml:space="preserve"> de </w:t>
      </w:r>
      <w:proofErr w:type="spellStart"/>
      <w:r>
        <w:t>origen</w:t>
      </w:r>
      <w:proofErr w:type="spellEnd"/>
      <w:r>
        <w:t xml:space="preserve"> </w:t>
      </w:r>
      <w:proofErr w:type="spellStart"/>
      <w:r>
        <w:t>reumatológico</w:t>
      </w:r>
      <w:proofErr w:type="spellEnd"/>
      <w:r>
        <w:t xml:space="preserve"> que </w:t>
      </w:r>
      <w:proofErr w:type="spellStart"/>
      <w:r>
        <w:t>cursaran</w:t>
      </w:r>
      <w:proofErr w:type="spellEnd"/>
      <w:r>
        <w:t xml:space="preserve"> con </w:t>
      </w:r>
      <w:proofErr w:type="spellStart"/>
      <w:r>
        <w:t>afectación</w:t>
      </w:r>
      <w:proofErr w:type="spellEnd"/>
      <w:r>
        <w:t xml:space="preserve"> de la </w:t>
      </w:r>
      <w:proofErr w:type="spellStart"/>
      <w:r>
        <w:t>función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rPr>
          <w:spacing w:val="-2"/>
        </w:rPr>
        <w:t>gruesa</w:t>
      </w:r>
      <w:proofErr w:type="spellEnd"/>
      <w:r>
        <w:rPr>
          <w:spacing w:val="-2"/>
        </w:rPr>
        <w:t>.</w:t>
      </w:r>
    </w:p>
    <w:p w14:paraId="30B6CE42" w14:textId="77777777" w:rsidR="008F3B53" w:rsidRDefault="008F3B53" w:rsidP="008F3B53">
      <w:pPr>
        <w:spacing w:before="211"/>
        <w:ind w:left="219"/>
        <w:rPr>
          <w:b/>
        </w:rPr>
      </w:pPr>
      <w:r>
        <w:rPr>
          <w:b/>
        </w:rPr>
        <w:t>*</w:t>
      </w:r>
      <w:proofErr w:type="gramStart"/>
      <w:r>
        <w:rPr>
          <w:b/>
        </w:rPr>
        <w:t>A</w:t>
      </w:r>
      <w:proofErr w:type="gramEnd"/>
      <w:r>
        <w:rPr>
          <w:b/>
          <w:spacing w:val="80"/>
          <w:w w:val="150"/>
        </w:rPr>
        <w:t xml:space="preserve"> </w:t>
      </w:r>
      <w:proofErr w:type="spellStart"/>
      <w:r>
        <w:rPr>
          <w:b/>
        </w:rPr>
        <w:t>efectos</w:t>
      </w:r>
      <w:proofErr w:type="spellEnd"/>
      <w:r>
        <w:rPr>
          <w:b/>
          <w:spacing w:val="80"/>
          <w:w w:val="150"/>
        </w:rPr>
        <w:t xml:space="preserve"> </w:t>
      </w:r>
      <w:proofErr w:type="spellStart"/>
      <w:r>
        <w:rPr>
          <w:b/>
        </w:rPr>
        <w:t>orientativos</w:t>
      </w:r>
      <w:proofErr w:type="spellEnd"/>
      <w:r>
        <w:rPr>
          <w:b/>
        </w:rPr>
        <w:t>:</w:t>
      </w:r>
      <w:r>
        <w:rPr>
          <w:b/>
          <w:spacing w:val="80"/>
          <w:w w:val="150"/>
        </w:rPr>
        <w:t xml:space="preserve"> </w:t>
      </w:r>
      <w:r>
        <w:rPr>
          <w:b/>
        </w:rPr>
        <w:t>ARM</w:t>
      </w:r>
      <w:r>
        <w:rPr>
          <w:b/>
          <w:spacing w:val="80"/>
          <w:w w:val="150"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asistencia</w:t>
      </w:r>
      <w:proofErr w:type="spellEnd"/>
      <w:r>
        <w:rPr>
          <w:b/>
          <w:spacing w:val="80"/>
          <w:w w:val="150"/>
        </w:rPr>
        <w:t xml:space="preserve"> </w:t>
      </w:r>
      <w:r>
        <w:rPr>
          <w:b/>
        </w:rPr>
        <w:t>respiratoria</w:t>
      </w:r>
      <w:r>
        <w:rPr>
          <w:b/>
          <w:spacing w:val="80"/>
          <w:w w:val="150"/>
        </w:rPr>
        <w:t xml:space="preserve"> </w:t>
      </w:r>
      <w:proofErr w:type="spellStart"/>
      <w:r>
        <w:rPr>
          <w:b/>
        </w:rPr>
        <w:t>mecánica</w:t>
      </w:r>
      <w:proofErr w:type="spellEnd"/>
      <w:r>
        <w:rPr>
          <w:b/>
        </w:rPr>
        <w:t>),</w:t>
      </w:r>
      <w:r>
        <w:rPr>
          <w:b/>
          <w:spacing w:val="80"/>
          <w:w w:val="150"/>
        </w:rPr>
        <w:t xml:space="preserve"> </w:t>
      </w:r>
      <w:proofErr w:type="spellStart"/>
      <w:r>
        <w:rPr>
          <w:b/>
        </w:rPr>
        <w:t>malformación</w:t>
      </w:r>
      <w:proofErr w:type="spellEnd"/>
      <w:r>
        <w:rPr>
          <w:b/>
          <w:spacing w:val="80"/>
          <w:w w:val="150"/>
        </w:rPr>
        <w:t xml:space="preserve"> </w:t>
      </w:r>
      <w:proofErr w:type="spellStart"/>
      <w:r>
        <w:rPr>
          <w:b/>
        </w:rPr>
        <w:t>congénita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internación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Terapia</w:t>
      </w:r>
      <w:proofErr w:type="spellEnd"/>
      <w:r>
        <w:rPr>
          <w:b/>
        </w:rPr>
        <w:t xml:space="preserve"> Intermedia </w:t>
      </w:r>
      <w:proofErr w:type="spellStart"/>
      <w:r>
        <w:rPr>
          <w:b/>
        </w:rPr>
        <w:t>por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más</w:t>
      </w:r>
      <w:proofErr w:type="spellEnd"/>
      <w:r>
        <w:rPr>
          <w:b/>
        </w:rPr>
        <w:t xml:space="preserve"> de 7 días, </w:t>
      </w:r>
      <w:proofErr w:type="spellStart"/>
      <w:r>
        <w:rPr>
          <w:b/>
        </w:rPr>
        <w:t>convulsión</w:t>
      </w:r>
      <w:proofErr w:type="spellEnd"/>
      <w:r>
        <w:rPr>
          <w:b/>
        </w:rPr>
        <w:t xml:space="preserve"> neonatal.</w:t>
      </w:r>
    </w:p>
    <w:bookmarkEnd w:id="0"/>
    <w:p w14:paraId="7DAF5741" w14:textId="77777777" w:rsidR="008F3B53" w:rsidRDefault="008F3B53" w:rsidP="008F3B53">
      <w:pPr>
        <w:pStyle w:val="Textoindependiente"/>
        <w:spacing w:before="123"/>
        <w:rPr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B343AF" wp14:editId="5A388024">
                <wp:simplePos x="0" y="0"/>
                <wp:positionH relativeFrom="page">
                  <wp:posOffset>1009192</wp:posOffset>
                </wp:positionH>
                <wp:positionV relativeFrom="paragraph">
                  <wp:posOffset>251549</wp:posOffset>
                </wp:positionV>
                <wp:extent cx="5942965" cy="1710689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2965" cy="1710689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6FA83E" w14:textId="77777777" w:rsidR="008F3B53" w:rsidRDefault="008F3B53" w:rsidP="008F3B53">
                            <w:pPr>
                              <w:pStyle w:val="Textoindependiente"/>
                              <w:spacing w:before="6"/>
                              <w:rPr>
                                <w:b/>
                              </w:rPr>
                            </w:pPr>
                          </w:p>
                          <w:p w14:paraId="11964A90" w14:textId="77777777" w:rsidR="008F3B53" w:rsidRDefault="008F3B53" w:rsidP="008F3B53">
                            <w:pPr>
                              <w:spacing w:line="235" w:lineRule="auto"/>
                              <w:ind w:left="105" w:right="110"/>
                              <w:jc w:val="both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Cada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caso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será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evaluado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individualmente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según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el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diagnóstico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de base y de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acuerdo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su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estado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o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situación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clínica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>.</w:t>
                            </w:r>
                          </w:p>
                          <w:p w14:paraId="4DB7297D" w14:textId="77777777" w:rsidR="008F3B53" w:rsidRDefault="008F3B53" w:rsidP="008F3B53">
                            <w:pPr>
                              <w:pStyle w:val="Textoindependiente"/>
                              <w:spacing w:before="3"/>
                              <w:rPr>
                                <w:b/>
                                <w:i/>
                              </w:rPr>
                            </w:pPr>
                          </w:p>
                          <w:p w14:paraId="06BF7C93" w14:textId="77777777" w:rsidR="008F3B53" w:rsidRDefault="008F3B53" w:rsidP="008F3B53">
                            <w:pPr>
                              <w:ind w:left="105" w:right="106"/>
                              <w:jc w:val="both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Los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programas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propuestos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serán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establecidos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de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acuerdo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a las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necesidades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posibilidades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participación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del NNA</w:t>
                            </w:r>
                            <w:r>
                              <w:rPr>
                                <w:b/>
                                <w:i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y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su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familia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así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como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la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disponibilidad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turnos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que</w:t>
                            </w:r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se</w:t>
                            </w:r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disponga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el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Centro de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Rehabilitación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informando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previamente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a la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familia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>.</w:t>
                            </w:r>
                          </w:p>
                          <w:p w14:paraId="7B1AD6E9" w14:textId="77777777" w:rsidR="008F3B53" w:rsidRDefault="008F3B53" w:rsidP="008F3B53">
                            <w:pPr>
                              <w:pStyle w:val="Textoindependiente"/>
                              <w:spacing w:before="1"/>
                              <w:rPr>
                                <w:b/>
                                <w:i/>
                              </w:rPr>
                            </w:pPr>
                          </w:p>
                          <w:p w14:paraId="4FB39BBC" w14:textId="77777777" w:rsidR="008F3B53" w:rsidRDefault="008F3B53" w:rsidP="008F3B53">
                            <w:pPr>
                              <w:ind w:left="105"/>
                              <w:jc w:val="both"/>
                              <w:rPr>
                                <w:b/>
                                <w:i/>
                                <w:spacing w:val="-2"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Este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documento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sólo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tendrá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validez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con</w:t>
                            </w:r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el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sello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institucional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2"/>
                              </w:rPr>
                              <w:t>.</w:t>
                            </w:r>
                          </w:p>
                          <w:p w14:paraId="7462FF98" w14:textId="77777777" w:rsidR="008F3B53" w:rsidRDefault="008F3B53" w:rsidP="008F3B53">
                            <w:pPr>
                              <w:ind w:left="105"/>
                              <w:jc w:val="both"/>
                              <w:rPr>
                                <w:b/>
                                <w:i/>
                                <w:spacing w:val="-2"/>
                              </w:rPr>
                            </w:pPr>
                          </w:p>
                          <w:p w14:paraId="7FE5A014" w14:textId="77777777" w:rsidR="008F3B53" w:rsidRDefault="008F3B53" w:rsidP="008F3B53">
                            <w:pPr>
                              <w:ind w:left="105"/>
                              <w:jc w:val="both"/>
                              <w:rPr>
                                <w:b/>
                                <w:i/>
                                <w:spacing w:val="-2"/>
                              </w:rPr>
                            </w:pPr>
                          </w:p>
                          <w:p w14:paraId="014D774A" w14:textId="77777777" w:rsidR="008F3B53" w:rsidRDefault="008F3B53" w:rsidP="008F3B53">
                            <w:pPr>
                              <w:ind w:left="105"/>
                              <w:jc w:val="both"/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B343AF"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6" type="#_x0000_t202" style="position:absolute;margin-left:79.45pt;margin-top:19.8pt;width:467.95pt;height:134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" filled="f" strokeweight=".48pt">
                <v:path arrowok="t"/>
                <v:textbox inset="0,0,0,0">
                  <w:txbxContent>
                    <w:p w14:paraId="776FA83E" w14:textId="77777777" w:rsidR="008F3B53" w:rsidRDefault="008F3B53" w:rsidP="008F3B53">
                      <w:pPr>
                        <w:pStyle w:val="Textoindependiente"/>
                        <w:spacing w:before="6"/>
                        <w:rPr>
                          <w:b/>
                        </w:rPr>
                      </w:pPr>
                    </w:p>
                    <w:p w14:paraId="11964A90" w14:textId="77777777" w:rsidR="008F3B53" w:rsidRDefault="008F3B53" w:rsidP="008F3B53">
                      <w:pPr>
                        <w:spacing w:line="235" w:lineRule="auto"/>
                        <w:ind w:left="105" w:right="110"/>
                        <w:jc w:val="both"/>
                        <w:rPr>
                          <w:b/>
                          <w:i/>
                        </w:rPr>
                      </w:pPr>
                      <w:proofErr w:type="spellStart"/>
                      <w:r>
                        <w:rPr>
                          <w:b/>
                          <w:i/>
                        </w:rPr>
                        <w:t>Cada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caso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será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evaluado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individualmente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según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el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diagnóstico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de base y de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acuerdo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a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su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estado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o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situación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clínica</w:t>
                      </w:r>
                      <w:proofErr w:type="spellEnd"/>
                      <w:r>
                        <w:rPr>
                          <w:b/>
                          <w:i/>
                        </w:rPr>
                        <w:t>.</w:t>
                      </w:r>
                    </w:p>
                    <w:p w14:paraId="4DB7297D" w14:textId="77777777" w:rsidR="008F3B53" w:rsidRDefault="008F3B53" w:rsidP="008F3B53">
                      <w:pPr>
                        <w:pStyle w:val="Textoindependiente"/>
                        <w:spacing w:before="3"/>
                        <w:rPr>
                          <w:b/>
                          <w:i/>
                        </w:rPr>
                      </w:pPr>
                    </w:p>
                    <w:p w14:paraId="06BF7C93" w14:textId="77777777" w:rsidR="008F3B53" w:rsidRDefault="008F3B53" w:rsidP="008F3B53">
                      <w:pPr>
                        <w:ind w:left="105" w:right="106"/>
                        <w:jc w:val="both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Los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programas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propuestos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serán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establecidos</w:t>
                      </w:r>
                      <w:proofErr w:type="spellEnd"/>
                      <w:r>
                        <w:rPr>
                          <w:b/>
                          <w:i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 xml:space="preserve">de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acuerdo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a las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necesidades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y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posibilidades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de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participación</w:t>
                      </w:r>
                      <w:proofErr w:type="spellEnd"/>
                      <w:r>
                        <w:rPr>
                          <w:b/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del NNA</w:t>
                      </w:r>
                      <w:r>
                        <w:rPr>
                          <w:b/>
                          <w:i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 xml:space="preserve">y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su</w:t>
                      </w:r>
                      <w:proofErr w:type="spellEnd"/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familia</w:t>
                      </w:r>
                      <w:proofErr w:type="spellEnd"/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así</w:t>
                      </w:r>
                      <w:proofErr w:type="spellEnd"/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como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la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disponibilidad</w:t>
                      </w:r>
                      <w:proofErr w:type="spellEnd"/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de</w:t>
                      </w:r>
                      <w:r>
                        <w:rPr>
                          <w:b/>
                          <w:i/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turnos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que</w:t>
                      </w:r>
                      <w:r>
                        <w:rPr>
                          <w:b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se</w:t>
                      </w:r>
                      <w:r>
                        <w:rPr>
                          <w:b/>
                          <w:i/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disponga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en</w:t>
                      </w:r>
                      <w:proofErr w:type="spellEnd"/>
                      <w:r>
                        <w:rPr>
                          <w:b/>
                          <w:i/>
                          <w:spacing w:val="-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el</w:t>
                      </w:r>
                      <w:proofErr w:type="spellEnd"/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 xml:space="preserve">Centro de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Rehabilitación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informando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previamente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a la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familia</w:t>
                      </w:r>
                      <w:proofErr w:type="spellEnd"/>
                      <w:r>
                        <w:rPr>
                          <w:b/>
                          <w:i/>
                        </w:rPr>
                        <w:t>.</w:t>
                      </w:r>
                    </w:p>
                    <w:p w14:paraId="7B1AD6E9" w14:textId="77777777" w:rsidR="008F3B53" w:rsidRDefault="008F3B53" w:rsidP="008F3B53">
                      <w:pPr>
                        <w:pStyle w:val="Textoindependiente"/>
                        <w:spacing w:before="1"/>
                        <w:rPr>
                          <w:b/>
                          <w:i/>
                        </w:rPr>
                      </w:pPr>
                    </w:p>
                    <w:p w14:paraId="4FB39BBC" w14:textId="77777777" w:rsidR="008F3B53" w:rsidRDefault="008F3B53" w:rsidP="008F3B53">
                      <w:pPr>
                        <w:ind w:left="105"/>
                        <w:jc w:val="both"/>
                        <w:rPr>
                          <w:b/>
                          <w:i/>
                          <w:spacing w:val="-2"/>
                        </w:rPr>
                      </w:pPr>
                      <w:r>
                        <w:rPr>
                          <w:b/>
                          <w:i/>
                        </w:rPr>
                        <w:t>Este</w:t>
                      </w:r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documento</w:t>
                      </w:r>
                      <w:proofErr w:type="spellEnd"/>
                      <w:r>
                        <w:rPr>
                          <w:b/>
                          <w:i/>
                          <w:spacing w:val="-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sólo</w:t>
                      </w:r>
                      <w:proofErr w:type="spellEnd"/>
                      <w:r>
                        <w:rPr>
                          <w:b/>
                          <w:i/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tendrá</w:t>
                      </w:r>
                      <w:proofErr w:type="spellEnd"/>
                      <w:r>
                        <w:rPr>
                          <w:b/>
                          <w:i/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validez</w:t>
                      </w:r>
                      <w:proofErr w:type="spellEnd"/>
                      <w:r>
                        <w:rPr>
                          <w:b/>
                          <w:i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con</w:t>
                      </w:r>
                      <w:r>
                        <w:rPr>
                          <w:b/>
                          <w:i/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el</w:t>
                      </w:r>
                      <w:proofErr w:type="spellEnd"/>
                      <w:r>
                        <w:rPr>
                          <w:b/>
                          <w:i/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sello</w:t>
                      </w:r>
                      <w:proofErr w:type="spellEnd"/>
                      <w:r>
                        <w:rPr>
                          <w:b/>
                          <w:i/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pacing w:val="-2"/>
                        </w:rPr>
                        <w:t>institucional</w:t>
                      </w:r>
                      <w:proofErr w:type="spellEnd"/>
                      <w:r>
                        <w:rPr>
                          <w:b/>
                          <w:i/>
                          <w:spacing w:val="-2"/>
                        </w:rPr>
                        <w:t>.</w:t>
                      </w:r>
                    </w:p>
                    <w:p w14:paraId="7462FF98" w14:textId="77777777" w:rsidR="008F3B53" w:rsidRDefault="008F3B53" w:rsidP="008F3B53">
                      <w:pPr>
                        <w:ind w:left="105"/>
                        <w:jc w:val="both"/>
                        <w:rPr>
                          <w:b/>
                          <w:i/>
                          <w:spacing w:val="-2"/>
                        </w:rPr>
                      </w:pPr>
                    </w:p>
                    <w:p w14:paraId="7FE5A014" w14:textId="77777777" w:rsidR="008F3B53" w:rsidRDefault="008F3B53" w:rsidP="008F3B53">
                      <w:pPr>
                        <w:ind w:left="105"/>
                        <w:jc w:val="both"/>
                        <w:rPr>
                          <w:b/>
                          <w:i/>
                          <w:spacing w:val="-2"/>
                        </w:rPr>
                      </w:pPr>
                    </w:p>
                    <w:p w14:paraId="014D774A" w14:textId="77777777" w:rsidR="008F3B53" w:rsidRDefault="008F3B53" w:rsidP="008F3B53">
                      <w:pPr>
                        <w:ind w:left="105"/>
                        <w:jc w:val="both"/>
                        <w:rPr>
                          <w:b/>
                          <w:i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4D507F" w14:textId="6214EF25" w:rsidR="001A5C5F" w:rsidRDefault="001A5C5F" w:rsidP="008F3B53">
      <w:pPr>
        <w:jc w:val="center"/>
      </w:pPr>
    </w:p>
    <w:sectPr w:rsidR="001A5C5F" w:rsidSect="00527573"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BA76EF"/>
    <w:multiLevelType w:val="hybridMultilevel"/>
    <w:tmpl w:val="F86AC69E"/>
    <w:lvl w:ilvl="0" w:tplc="2AC638A6">
      <w:start w:val="1"/>
      <w:numFmt w:val="decimal"/>
      <w:lvlText w:val="%1)"/>
      <w:lvlJc w:val="left"/>
      <w:pPr>
        <w:ind w:left="9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 w:tplc="CA80279A">
      <w:numFmt w:val="bullet"/>
      <w:lvlText w:val=""/>
      <w:lvlJc w:val="left"/>
      <w:pPr>
        <w:ind w:left="16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CD1C31BE">
      <w:numFmt w:val="bullet"/>
      <w:lvlText w:val="•"/>
      <w:lvlJc w:val="left"/>
      <w:pPr>
        <w:ind w:left="2580" w:hanging="360"/>
      </w:pPr>
      <w:rPr>
        <w:rFonts w:hint="default"/>
        <w:lang w:val="es-ES" w:eastAsia="en-US" w:bidi="ar-SA"/>
      </w:rPr>
    </w:lvl>
    <w:lvl w:ilvl="3" w:tplc="BFE4340E">
      <w:numFmt w:val="bullet"/>
      <w:lvlText w:val="•"/>
      <w:lvlJc w:val="left"/>
      <w:pPr>
        <w:ind w:left="3500" w:hanging="360"/>
      </w:pPr>
      <w:rPr>
        <w:rFonts w:hint="default"/>
        <w:lang w:val="es-ES" w:eastAsia="en-US" w:bidi="ar-SA"/>
      </w:rPr>
    </w:lvl>
    <w:lvl w:ilvl="4" w:tplc="84484EB0">
      <w:numFmt w:val="bullet"/>
      <w:lvlText w:val="•"/>
      <w:lvlJc w:val="left"/>
      <w:pPr>
        <w:ind w:left="4420" w:hanging="360"/>
      </w:pPr>
      <w:rPr>
        <w:rFonts w:hint="default"/>
        <w:lang w:val="es-ES" w:eastAsia="en-US" w:bidi="ar-SA"/>
      </w:rPr>
    </w:lvl>
    <w:lvl w:ilvl="5" w:tplc="255C9AEA">
      <w:numFmt w:val="bullet"/>
      <w:lvlText w:val="•"/>
      <w:lvlJc w:val="left"/>
      <w:pPr>
        <w:ind w:left="5340" w:hanging="360"/>
      </w:pPr>
      <w:rPr>
        <w:rFonts w:hint="default"/>
        <w:lang w:val="es-ES" w:eastAsia="en-US" w:bidi="ar-SA"/>
      </w:rPr>
    </w:lvl>
    <w:lvl w:ilvl="6" w:tplc="7510876E">
      <w:numFmt w:val="bullet"/>
      <w:lvlText w:val="•"/>
      <w:lvlJc w:val="left"/>
      <w:pPr>
        <w:ind w:left="6260" w:hanging="360"/>
      </w:pPr>
      <w:rPr>
        <w:rFonts w:hint="default"/>
        <w:lang w:val="es-ES" w:eastAsia="en-US" w:bidi="ar-SA"/>
      </w:rPr>
    </w:lvl>
    <w:lvl w:ilvl="7" w:tplc="2AA8F5DA">
      <w:numFmt w:val="bullet"/>
      <w:lvlText w:val="•"/>
      <w:lvlJc w:val="left"/>
      <w:pPr>
        <w:ind w:left="7180" w:hanging="360"/>
      </w:pPr>
      <w:rPr>
        <w:rFonts w:hint="default"/>
        <w:lang w:val="es-ES" w:eastAsia="en-US" w:bidi="ar-SA"/>
      </w:rPr>
    </w:lvl>
    <w:lvl w:ilvl="8" w:tplc="6B364D44">
      <w:numFmt w:val="bullet"/>
      <w:lvlText w:val="•"/>
      <w:lvlJc w:val="left"/>
      <w:pPr>
        <w:ind w:left="8100" w:hanging="360"/>
      </w:pPr>
      <w:rPr>
        <w:rFonts w:hint="default"/>
        <w:lang w:val="es-ES" w:eastAsia="en-US" w:bidi="ar-SA"/>
      </w:rPr>
    </w:lvl>
  </w:abstractNum>
  <w:num w:numId="1" w16cid:durableId="1989891933">
    <w:abstractNumId w:val="8"/>
  </w:num>
  <w:num w:numId="2" w16cid:durableId="791557254">
    <w:abstractNumId w:val="6"/>
  </w:num>
  <w:num w:numId="3" w16cid:durableId="2117827392">
    <w:abstractNumId w:val="5"/>
  </w:num>
  <w:num w:numId="4" w16cid:durableId="1569460982">
    <w:abstractNumId w:val="4"/>
  </w:num>
  <w:num w:numId="5" w16cid:durableId="92365914">
    <w:abstractNumId w:val="7"/>
  </w:num>
  <w:num w:numId="6" w16cid:durableId="844318440">
    <w:abstractNumId w:val="3"/>
  </w:num>
  <w:num w:numId="7" w16cid:durableId="2108235065">
    <w:abstractNumId w:val="2"/>
  </w:num>
  <w:num w:numId="8" w16cid:durableId="641229820">
    <w:abstractNumId w:val="1"/>
  </w:num>
  <w:num w:numId="9" w16cid:durableId="1876696711">
    <w:abstractNumId w:val="0"/>
  </w:num>
  <w:num w:numId="10" w16cid:durableId="10474849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C5F"/>
    <w:rsid w:val="0029639D"/>
    <w:rsid w:val="00326F90"/>
    <w:rsid w:val="00527573"/>
    <w:rsid w:val="006517BC"/>
    <w:rsid w:val="008F3B53"/>
    <w:rsid w:val="00AA1D8D"/>
    <w:rsid w:val="00B21544"/>
    <w:rsid w:val="00B47730"/>
    <w:rsid w:val="00CB0664"/>
    <w:rsid w:val="00E541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48C2AB"/>
  <w14:defaultImageDpi w14:val="300"/>
  <w15:docId w15:val="{FDA997D4-FD5F-49E0-9A55-7654F991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17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864</Words>
  <Characters>4752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</cp:lastModifiedBy>
  <cp:revision>3</cp:revision>
  <dcterms:created xsi:type="dcterms:W3CDTF">2013-12-23T23:15:00Z</dcterms:created>
  <dcterms:modified xsi:type="dcterms:W3CDTF">2026-09-16T18:44:00Z</dcterms:modified>
  <cp:category/>
</cp:coreProperties>
</file>